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258C43" w14:textId="77777777" w:rsidR="00436900" w:rsidRDefault="00000000">
      <w:pPr>
        <w:spacing w:after="100"/>
        <w:jc w:val="center"/>
      </w:pPr>
      <w:r>
        <w:rPr>
          <w:b/>
          <w:color w:val="302A82"/>
          <w:sz w:val="22"/>
        </w:rPr>
        <w:t>SAFIN INVEST s.r.o.</w:t>
      </w:r>
    </w:p>
    <w:p w14:paraId="158299E5" w14:textId="77777777" w:rsidR="00436900" w:rsidRDefault="00436900">
      <w:pPr>
        <w:pBdr>
          <w:bottom w:val="single" w:sz="12" w:space="0" w:color="302A82"/>
        </w:pBdr>
        <w:spacing w:after="140"/>
      </w:pPr>
    </w:p>
    <w:p w14:paraId="4E569878" w14:textId="77777777" w:rsidR="00436900" w:rsidRDefault="00000000">
      <w:pPr>
        <w:spacing w:after="40"/>
        <w:jc w:val="center"/>
      </w:pPr>
      <w:r>
        <w:rPr>
          <w:b/>
          <w:sz w:val="32"/>
        </w:rPr>
        <w:t>DOTAZNÍK K POHLEDÁVCE</w:t>
      </w:r>
    </w:p>
    <w:p w14:paraId="6B2408DC" w14:textId="77777777" w:rsidR="00436900" w:rsidRDefault="00000000">
      <w:pPr>
        <w:spacing w:after="140"/>
        <w:jc w:val="center"/>
      </w:pPr>
      <w:r>
        <w:rPr>
          <w:color w:val="6D6D78"/>
          <w:sz w:val="16"/>
        </w:rPr>
        <w:t>Podklady pro posouzení a vymáhání pohledávky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6"/>
      </w:tblGrid>
      <w:tr w:rsidR="00436900" w14:paraId="7D17D0C4" w14:textId="77777777">
        <w:trPr>
          <w:jc w:val="center"/>
        </w:trPr>
        <w:tc>
          <w:tcPr>
            <w:tcW w:w="10206" w:type="dxa"/>
            <w:tcMar>
              <w:top w:w="0" w:type="dxa"/>
              <w:left w:w="0" w:type="dxa"/>
              <w:bottom w:w="40" w:type="dxa"/>
              <w:right w:w="80" w:type="dxa"/>
            </w:tcMar>
          </w:tcPr>
          <w:p w14:paraId="6074D4E2" w14:textId="77777777" w:rsidR="00436900" w:rsidRDefault="00000000">
            <w:pPr>
              <w:keepNext/>
            </w:pPr>
            <w:r>
              <w:rPr>
                <w:b/>
                <w:sz w:val="16"/>
              </w:rPr>
              <w:t>Číslo případu / interní označení SAFIN</w:t>
            </w:r>
          </w:p>
        </w:tc>
      </w:tr>
      <w:tr w:rsidR="00436900" w14:paraId="417E07B3" w14:textId="77777777">
        <w:trPr>
          <w:trHeight w:val="340"/>
          <w:jc w:val="center"/>
        </w:trPr>
        <w:tc>
          <w:tcPr>
            <w:tcW w:w="10206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B0FA46" w14:textId="77777777" w:rsidR="00436900" w:rsidRDefault="00000000">
            <w:sdt>
              <w:sdtPr>
                <w:alias w:val="field_1"/>
                <w:tag w:val="field_1"/>
                <w:id w:val="-950010428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1AFA47AE" w14:textId="77777777" w:rsidR="00436900" w:rsidRDefault="00436900">
      <w:pPr>
        <w:spacing w:after="20"/>
      </w:pPr>
    </w:p>
    <w:p w14:paraId="0E9C9609" w14:textId="77777777" w:rsidR="00436900" w:rsidRDefault="00000000">
      <w:pPr>
        <w:spacing w:after="60"/>
      </w:pPr>
      <w:r>
        <w:rPr>
          <w:color w:val="6D6D78"/>
          <w:sz w:val="15"/>
        </w:rPr>
        <w:t>Vyplňte všechny údaje, které znáte. Pokud se údaj na případ nevztahuje nebo jej neznáte, ponechte pole prázdné. Přiložte dostupné dokumenty a komunikaci.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0495DDB9" w14:textId="77777777">
        <w:trPr>
          <w:jc w:val="center"/>
        </w:trPr>
        <w:tc>
          <w:tcPr>
            <w:tcW w:w="10205" w:type="dxa"/>
            <w:shd w:val="clear" w:color="auto" w:fill="302A8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834971C" w14:textId="77777777" w:rsidR="00436900" w:rsidRDefault="00000000">
            <w:pPr>
              <w:keepNext/>
            </w:pPr>
            <w:r>
              <w:rPr>
                <w:b/>
                <w:color w:val="FFFFFF"/>
                <w:sz w:val="20"/>
              </w:rPr>
              <w:t>1. ÚDAJE O VĚŘITELI</w:t>
            </w:r>
          </w:p>
        </w:tc>
      </w:tr>
    </w:tbl>
    <w:p w14:paraId="0467BFCD" w14:textId="77777777" w:rsidR="00436900" w:rsidRDefault="00436900">
      <w:pPr>
        <w:spacing w:after="20"/>
      </w:pPr>
    </w:p>
    <w:p w14:paraId="1B35DACA" w14:textId="77777777" w:rsidR="00436900" w:rsidRDefault="00000000">
      <w:pPr>
        <w:spacing w:before="20" w:after="60"/>
      </w:pPr>
      <w:sdt>
        <w:sdtPr>
          <w:alias w:val="checkbox_1"/>
          <w:tag w:val="checkbox_1"/>
          <w:id w:val="-10144533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fyzická osoba</w:t>
      </w:r>
      <w:r>
        <w:t xml:space="preserve">     </w:t>
      </w:r>
      <w:sdt>
        <w:sdtPr>
          <w:alias w:val="checkbox_2"/>
          <w:tag w:val="checkbox_2"/>
          <w:id w:val="-1995251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OSVČ</w:t>
      </w:r>
      <w:r>
        <w:t xml:space="preserve">     </w:t>
      </w:r>
      <w:sdt>
        <w:sdtPr>
          <w:alias w:val="checkbox_3"/>
          <w:tag w:val="checkbox_3"/>
          <w:id w:val="8543834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právnická osoba</w:t>
      </w:r>
    </w:p>
    <w:p w14:paraId="7C173D83" w14:textId="77777777" w:rsidR="00436900" w:rsidRDefault="00000000">
      <w:pPr>
        <w:keepNext/>
        <w:spacing w:before="40" w:after="40"/>
      </w:pPr>
      <w:r>
        <w:rPr>
          <w:b/>
          <w:sz w:val="16"/>
        </w:rPr>
        <w:t>Jméno / obchodní firma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674A9E75" w14:textId="77777777">
        <w:trPr>
          <w:trHeight w:val="397"/>
          <w:jc w:val="center"/>
        </w:trPr>
        <w:tc>
          <w:tcPr>
            <w:tcW w:w="10205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9FCB65" w14:textId="77777777" w:rsidR="00436900" w:rsidRDefault="00000000">
            <w:sdt>
              <w:sdtPr>
                <w:alias w:val="field_2"/>
                <w:tag w:val="field_2"/>
                <w:id w:val="-205253237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34ADD442" w14:textId="77777777" w:rsidR="00436900" w:rsidRDefault="00436900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436900" w14:paraId="6F04B58E" w14:textId="77777777">
        <w:trPr>
          <w:jc w:val="center"/>
        </w:trPr>
        <w:tc>
          <w:tcPr>
            <w:tcW w:w="5103" w:type="dxa"/>
            <w:tcMar>
              <w:top w:w="0" w:type="dxa"/>
              <w:left w:w="0" w:type="dxa"/>
              <w:bottom w:w="40" w:type="dxa"/>
              <w:right w:w="80" w:type="dxa"/>
            </w:tcMar>
          </w:tcPr>
          <w:p w14:paraId="0BB4B515" w14:textId="77777777" w:rsidR="00436900" w:rsidRDefault="00000000">
            <w:pPr>
              <w:keepNext/>
            </w:pPr>
            <w:r>
              <w:rPr>
                <w:b/>
                <w:sz w:val="16"/>
              </w:rPr>
              <w:t>IČO / datum narození</w:t>
            </w:r>
          </w:p>
        </w:tc>
        <w:tc>
          <w:tcPr>
            <w:tcW w:w="5103" w:type="dxa"/>
            <w:tcMar>
              <w:top w:w="0" w:type="dxa"/>
              <w:left w:w="0" w:type="dxa"/>
              <w:bottom w:w="40" w:type="dxa"/>
              <w:right w:w="80" w:type="dxa"/>
            </w:tcMar>
          </w:tcPr>
          <w:p w14:paraId="2E939696" w14:textId="77777777" w:rsidR="00436900" w:rsidRDefault="00000000">
            <w:pPr>
              <w:keepNext/>
            </w:pPr>
            <w:r>
              <w:rPr>
                <w:b/>
                <w:sz w:val="16"/>
              </w:rPr>
              <w:t>Kontaktní osoba</w:t>
            </w:r>
          </w:p>
        </w:tc>
      </w:tr>
      <w:tr w:rsidR="00436900" w14:paraId="2B2E7166" w14:textId="77777777">
        <w:trPr>
          <w:trHeight w:val="397"/>
          <w:jc w:val="center"/>
        </w:trPr>
        <w:tc>
          <w:tcPr>
            <w:tcW w:w="5103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B60A37" w14:textId="77777777" w:rsidR="00436900" w:rsidRDefault="00000000">
            <w:sdt>
              <w:sdtPr>
                <w:alias w:val="field_3"/>
                <w:tag w:val="field_3"/>
                <w:id w:val="-1043047945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  <w:tc>
          <w:tcPr>
            <w:tcW w:w="5103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B29C99" w14:textId="77777777" w:rsidR="00436900" w:rsidRDefault="00000000">
            <w:sdt>
              <w:sdtPr>
                <w:alias w:val="field_4"/>
                <w:tag w:val="field_4"/>
                <w:id w:val="-1175419370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2FC12B66" w14:textId="77777777" w:rsidR="00436900" w:rsidRDefault="00436900">
      <w:pPr>
        <w:spacing w:after="20"/>
      </w:pPr>
    </w:p>
    <w:p w14:paraId="20AABDA0" w14:textId="77777777" w:rsidR="00436900" w:rsidRDefault="00000000">
      <w:pPr>
        <w:keepNext/>
        <w:spacing w:before="40" w:after="40"/>
      </w:pPr>
      <w:r>
        <w:rPr>
          <w:b/>
          <w:sz w:val="16"/>
        </w:rPr>
        <w:t>Adresa / sídlo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223A46E9" w14:textId="77777777">
        <w:trPr>
          <w:trHeight w:val="397"/>
          <w:jc w:val="center"/>
        </w:trPr>
        <w:tc>
          <w:tcPr>
            <w:tcW w:w="10205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39673C" w14:textId="77777777" w:rsidR="00436900" w:rsidRDefault="00000000">
            <w:sdt>
              <w:sdtPr>
                <w:alias w:val="field_5"/>
                <w:tag w:val="field_5"/>
                <w:id w:val="1615712612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30BF1184" w14:textId="77777777" w:rsidR="00436900" w:rsidRDefault="00436900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436900" w14:paraId="6A643ECD" w14:textId="77777777">
        <w:trPr>
          <w:jc w:val="center"/>
        </w:trPr>
        <w:tc>
          <w:tcPr>
            <w:tcW w:w="5103" w:type="dxa"/>
            <w:tcMar>
              <w:top w:w="0" w:type="dxa"/>
              <w:left w:w="0" w:type="dxa"/>
              <w:bottom w:w="40" w:type="dxa"/>
              <w:right w:w="80" w:type="dxa"/>
            </w:tcMar>
          </w:tcPr>
          <w:p w14:paraId="2D0FC9A0" w14:textId="77777777" w:rsidR="00436900" w:rsidRDefault="00000000">
            <w:pPr>
              <w:keepNext/>
            </w:pPr>
            <w:r>
              <w:rPr>
                <w:b/>
                <w:sz w:val="16"/>
              </w:rPr>
              <w:t>Telefon</w:t>
            </w:r>
          </w:p>
        </w:tc>
        <w:tc>
          <w:tcPr>
            <w:tcW w:w="5103" w:type="dxa"/>
            <w:tcMar>
              <w:top w:w="0" w:type="dxa"/>
              <w:left w:w="0" w:type="dxa"/>
              <w:bottom w:w="40" w:type="dxa"/>
              <w:right w:w="80" w:type="dxa"/>
            </w:tcMar>
          </w:tcPr>
          <w:p w14:paraId="51B6BC57" w14:textId="77777777" w:rsidR="00436900" w:rsidRDefault="00000000">
            <w:pPr>
              <w:keepNext/>
            </w:pPr>
            <w:r>
              <w:rPr>
                <w:b/>
                <w:sz w:val="16"/>
              </w:rPr>
              <w:t>E-mail</w:t>
            </w:r>
          </w:p>
        </w:tc>
      </w:tr>
      <w:tr w:rsidR="00436900" w14:paraId="46457265" w14:textId="77777777">
        <w:trPr>
          <w:trHeight w:val="397"/>
          <w:jc w:val="center"/>
        </w:trPr>
        <w:tc>
          <w:tcPr>
            <w:tcW w:w="5103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CA3F94" w14:textId="77777777" w:rsidR="00436900" w:rsidRDefault="00000000">
            <w:sdt>
              <w:sdtPr>
                <w:alias w:val="field_6"/>
                <w:tag w:val="field_6"/>
                <w:id w:val="1170059082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  <w:tc>
          <w:tcPr>
            <w:tcW w:w="5103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F5C2F8" w14:textId="77777777" w:rsidR="00436900" w:rsidRDefault="00000000">
            <w:sdt>
              <w:sdtPr>
                <w:alias w:val="field_7"/>
                <w:tag w:val="field_7"/>
                <w:id w:val="377372328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71425F69" w14:textId="77777777" w:rsidR="00436900" w:rsidRDefault="00436900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04002A1F" w14:textId="77777777">
        <w:trPr>
          <w:jc w:val="center"/>
        </w:trPr>
        <w:tc>
          <w:tcPr>
            <w:tcW w:w="10205" w:type="dxa"/>
            <w:shd w:val="clear" w:color="auto" w:fill="302A8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A532D5E" w14:textId="77777777" w:rsidR="00436900" w:rsidRDefault="00000000">
            <w:pPr>
              <w:keepNext/>
            </w:pPr>
            <w:r>
              <w:rPr>
                <w:b/>
                <w:color w:val="FFFFFF"/>
                <w:sz w:val="20"/>
              </w:rPr>
              <w:t>2. ÚDAJE O DLUŽNÍKOVI</w:t>
            </w:r>
          </w:p>
        </w:tc>
      </w:tr>
    </w:tbl>
    <w:p w14:paraId="155C98DE" w14:textId="77777777" w:rsidR="00436900" w:rsidRDefault="00436900">
      <w:pPr>
        <w:spacing w:after="20"/>
      </w:pPr>
    </w:p>
    <w:p w14:paraId="1C613991" w14:textId="77777777" w:rsidR="00436900" w:rsidRDefault="00000000">
      <w:pPr>
        <w:spacing w:before="20" w:after="60"/>
      </w:pPr>
      <w:sdt>
        <w:sdtPr>
          <w:alias w:val="checkbox_4"/>
          <w:tag w:val="checkbox_4"/>
          <w:id w:val="-1569291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fyzická osoba</w:t>
      </w:r>
      <w:r>
        <w:t xml:space="preserve">     </w:t>
      </w:r>
      <w:sdt>
        <w:sdtPr>
          <w:alias w:val="checkbox_5"/>
          <w:tag w:val="checkbox_5"/>
          <w:id w:val="-20687209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OSVČ</w:t>
      </w:r>
      <w:r>
        <w:t xml:space="preserve">     </w:t>
      </w:r>
      <w:sdt>
        <w:sdtPr>
          <w:alias w:val="checkbox_6"/>
          <w:tag w:val="checkbox_6"/>
          <w:id w:val="-1380233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právnická osoba</w:t>
      </w:r>
    </w:p>
    <w:p w14:paraId="58EA3D00" w14:textId="77777777" w:rsidR="00436900" w:rsidRDefault="00000000">
      <w:pPr>
        <w:keepNext/>
        <w:spacing w:before="40" w:after="40"/>
      </w:pPr>
      <w:r>
        <w:rPr>
          <w:b/>
          <w:sz w:val="16"/>
        </w:rPr>
        <w:t>Jméno / obchodní firma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1B9BA5C7" w14:textId="77777777">
        <w:trPr>
          <w:trHeight w:val="397"/>
          <w:jc w:val="center"/>
        </w:trPr>
        <w:tc>
          <w:tcPr>
            <w:tcW w:w="10205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331439" w14:textId="77777777" w:rsidR="00436900" w:rsidRDefault="00000000">
            <w:sdt>
              <w:sdtPr>
                <w:alias w:val="field_8"/>
                <w:tag w:val="field_8"/>
                <w:id w:val="103706347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3D337951" w14:textId="77777777" w:rsidR="00436900" w:rsidRDefault="00436900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436900" w14:paraId="4D7A1C6B" w14:textId="77777777">
        <w:trPr>
          <w:jc w:val="center"/>
        </w:trPr>
        <w:tc>
          <w:tcPr>
            <w:tcW w:w="5103" w:type="dxa"/>
            <w:tcMar>
              <w:top w:w="0" w:type="dxa"/>
              <w:left w:w="0" w:type="dxa"/>
              <w:bottom w:w="40" w:type="dxa"/>
              <w:right w:w="80" w:type="dxa"/>
            </w:tcMar>
          </w:tcPr>
          <w:p w14:paraId="7AC1F0D7" w14:textId="77777777" w:rsidR="00436900" w:rsidRDefault="00000000">
            <w:pPr>
              <w:keepNext/>
            </w:pPr>
            <w:r>
              <w:rPr>
                <w:b/>
                <w:sz w:val="16"/>
              </w:rPr>
              <w:t>IČO / datum narození</w:t>
            </w:r>
          </w:p>
        </w:tc>
        <w:tc>
          <w:tcPr>
            <w:tcW w:w="5103" w:type="dxa"/>
            <w:tcMar>
              <w:top w:w="0" w:type="dxa"/>
              <w:left w:w="0" w:type="dxa"/>
              <w:bottom w:w="40" w:type="dxa"/>
              <w:right w:w="80" w:type="dxa"/>
            </w:tcMar>
          </w:tcPr>
          <w:p w14:paraId="7D414ED4" w14:textId="77777777" w:rsidR="00436900" w:rsidRDefault="00000000">
            <w:pPr>
              <w:keepNext/>
            </w:pPr>
            <w:r>
              <w:rPr>
                <w:b/>
                <w:sz w:val="16"/>
              </w:rPr>
              <w:t>Adresa / sídlo</w:t>
            </w:r>
          </w:p>
        </w:tc>
      </w:tr>
      <w:tr w:rsidR="00436900" w14:paraId="7106F0D3" w14:textId="77777777">
        <w:trPr>
          <w:trHeight w:val="397"/>
          <w:jc w:val="center"/>
        </w:trPr>
        <w:tc>
          <w:tcPr>
            <w:tcW w:w="5103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A10305" w14:textId="77777777" w:rsidR="00436900" w:rsidRDefault="00000000">
            <w:sdt>
              <w:sdtPr>
                <w:alias w:val="field_9"/>
                <w:tag w:val="field_9"/>
                <w:id w:val="2083095793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  <w:tc>
          <w:tcPr>
            <w:tcW w:w="5103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BFDC1F7" w14:textId="77777777" w:rsidR="00436900" w:rsidRDefault="00000000">
            <w:sdt>
              <w:sdtPr>
                <w:alias w:val="field_10"/>
                <w:tag w:val="field_10"/>
                <w:id w:val="1696264156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3251D586" w14:textId="77777777" w:rsidR="00436900" w:rsidRDefault="00436900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436900" w14:paraId="236A3FED" w14:textId="77777777">
        <w:trPr>
          <w:jc w:val="center"/>
        </w:trPr>
        <w:tc>
          <w:tcPr>
            <w:tcW w:w="5103" w:type="dxa"/>
            <w:tcMar>
              <w:top w:w="0" w:type="dxa"/>
              <w:left w:w="0" w:type="dxa"/>
              <w:bottom w:w="40" w:type="dxa"/>
              <w:right w:w="80" w:type="dxa"/>
            </w:tcMar>
          </w:tcPr>
          <w:p w14:paraId="08794DB9" w14:textId="77777777" w:rsidR="00436900" w:rsidRDefault="00000000">
            <w:pPr>
              <w:keepNext/>
            </w:pPr>
            <w:r>
              <w:rPr>
                <w:b/>
                <w:sz w:val="16"/>
              </w:rPr>
              <w:t>Telefon</w:t>
            </w:r>
          </w:p>
        </w:tc>
        <w:tc>
          <w:tcPr>
            <w:tcW w:w="5103" w:type="dxa"/>
            <w:tcMar>
              <w:top w:w="0" w:type="dxa"/>
              <w:left w:w="0" w:type="dxa"/>
              <w:bottom w:w="40" w:type="dxa"/>
              <w:right w:w="80" w:type="dxa"/>
            </w:tcMar>
          </w:tcPr>
          <w:p w14:paraId="30A77618" w14:textId="77777777" w:rsidR="00436900" w:rsidRDefault="00000000">
            <w:pPr>
              <w:keepNext/>
            </w:pPr>
            <w:r>
              <w:rPr>
                <w:b/>
                <w:sz w:val="16"/>
              </w:rPr>
              <w:t>E-mail</w:t>
            </w:r>
          </w:p>
        </w:tc>
      </w:tr>
      <w:tr w:rsidR="00436900" w14:paraId="53DFF961" w14:textId="77777777">
        <w:trPr>
          <w:trHeight w:val="397"/>
          <w:jc w:val="center"/>
        </w:trPr>
        <w:tc>
          <w:tcPr>
            <w:tcW w:w="5103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232C55" w14:textId="77777777" w:rsidR="00436900" w:rsidRDefault="00000000">
            <w:sdt>
              <w:sdtPr>
                <w:alias w:val="field_11"/>
                <w:tag w:val="field_11"/>
                <w:id w:val="730425592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  <w:tc>
          <w:tcPr>
            <w:tcW w:w="5103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6688C6C" w14:textId="77777777" w:rsidR="00436900" w:rsidRDefault="00000000">
            <w:sdt>
              <w:sdtPr>
                <w:alias w:val="field_12"/>
                <w:tag w:val="field_12"/>
                <w:id w:val="1269274496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526ED887" w14:textId="77777777" w:rsidR="00436900" w:rsidRDefault="00436900">
      <w:pPr>
        <w:spacing w:after="20"/>
      </w:pPr>
    </w:p>
    <w:p w14:paraId="0175882A" w14:textId="77777777" w:rsidR="00436900" w:rsidRDefault="00000000">
      <w:pPr>
        <w:keepNext/>
        <w:spacing w:before="40" w:after="40"/>
      </w:pPr>
      <w:r>
        <w:rPr>
          <w:b/>
          <w:sz w:val="16"/>
        </w:rPr>
        <w:t>Kontaktní osoby dlužníka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436900" w14:paraId="7C4F6157" w14:textId="77777777">
        <w:trPr>
          <w:jc w:val="center"/>
        </w:trPr>
        <w:tc>
          <w:tcPr>
            <w:tcW w:w="2551" w:type="dxa"/>
            <w:shd w:val="clear" w:color="auto" w:fill="F0F0F8"/>
          </w:tcPr>
          <w:p w14:paraId="14F573ED" w14:textId="77777777" w:rsidR="00436900" w:rsidRDefault="00000000">
            <w:r>
              <w:rPr>
                <w:b/>
                <w:sz w:val="15"/>
              </w:rPr>
              <w:t>Jméno</w:t>
            </w:r>
          </w:p>
        </w:tc>
        <w:tc>
          <w:tcPr>
            <w:tcW w:w="2551" w:type="dxa"/>
            <w:shd w:val="clear" w:color="auto" w:fill="F0F0F8"/>
          </w:tcPr>
          <w:p w14:paraId="276CF536" w14:textId="77777777" w:rsidR="00436900" w:rsidRDefault="00000000">
            <w:r>
              <w:rPr>
                <w:b/>
                <w:sz w:val="15"/>
              </w:rPr>
              <w:t>Funkce / vztah</w:t>
            </w:r>
          </w:p>
        </w:tc>
        <w:tc>
          <w:tcPr>
            <w:tcW w:w="2551" w:type="dxa"/>
            <w:shd w:val="clear" w:color="auto" w:fill="F0F0F8"/>
          </w:tcPr>
          <w:p w14:paraId="1A07DABE" w14:textId="77777777" w:rsidR="00436900" w:rsidRDefault="00000000">
            <w:r>
              <w:rPr>
                <w:b/>
                <w:sz w:val="15"/>
              </w:rPr>
              <w:t>Telefon</w:t>
            </w:r>
          </w:p>
        </w:tc>
        <w:tc>
          <w:tcPr>
            <w:tcW w:w="2551" w:type="dxa"/>
            <w:shd w:val="clear" w:color="auto" w:fill="F0F0F8"/>
          </w:tcPr>
          <w:p w14:paraId="3A5F7D1C" w14:textId="77777777" w:rsidR="00436900" w:rsidRDefault="00000000">
            <w:r>
              <w:rPr>
                <w:b/>
                <w:sz w:val="15"/>
              </w:rPr>
              <w:t>E-mail</w:t>
            </w:r>
          </w:p>
        </w:tc>
      </w:tr>
      <w:tr w:rsidR="00436900" w14:paraId="5E584D87" w14:textId="77777777">
        <w:trPr>
          <w:trHeight w:val="397"/>
          <w:jc w:val="center"/>
        </w:trPr>
        <w:tc>
          <w:tcPr>
            <w:tcW w:w="2551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</w:tcPr>
          <w:p w14:paraId="0C5637C0" w14:textId="77777777" w:rsidR="00436900" w:rsidRDefault="00000000">
            <w:sdt>
              <w:sdtPr>
                <w:alias w:val="field_13"/>
                <w:tag w:val="field_13"/>
                <w:id w:val="1626042229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  <w:tc>
          <w:tcPr>
            <w:tcW w:w="2551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</w:tcPr>
          <w:p w14:paraId="62A57EDD" w14:textId="77777777" w:rsidR="00436900" w:rsidRDefault="00000000">
            <w:sdt>
              <w:sdtPr>
                <w:alias w:val="field_14"/>
                <w:tag w:val="field_14"/>
                <w:id w:val="895558924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  <w:tc>
          <w:tcPr>
            <w:tcW w:w="2551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</w:tcPr>
          <w:p w14:paraId="0200D462" w14:textId="77777777" w:rsidR="00436900" w:rsidRDefault="00000000">
            <w:sdt>
              <w:sdtPr>
                <w:alias w:val="field_15"/>
                <w:tag w:val="field_15"/>
                <w:id w:val="-1933660662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  <w:tc>
          <w:tcPr>
            <w:tcW w:w="2551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</w:tcPr>
          <w:p w14:paraId="74E05CE2" w14:textId="77777777" w:rsidR="00436900" w:rsidRDefault="00000000">
            <w:sdt>
              <w:sdtPr>
                <w:alias w:val="field_16"/>
                <w:tag w:val="field_16"/>
                <w:id w:val="472951434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  <w:tr w:rsidR="00436900" w14:paraId="701CB31A" w14:textId="77777777">
        <w:trPr>
          <w:trHeight w:val="397"/>
          <w:jc w:val="center"/>
        </w:trPr>
        <w:tc>
          <w:tcPr>
            <w:tcW w:w="2551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</w:tcPr>
          <w:p w14:paraId="7CA3155F" w14:textId="77777777" w:rsidR="00436900" w:rsidRDefault="00000000">
            <w:sdt>
              <w:sdtPr>
                <w:alias w:val="field_17"/>
                <w:tag w:val="field_17"/>
                <w:id w:val="-1058777773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  <w:tc>
          <w:tcPr>
            <w:tcW w:w="2551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</w:tcPr>
          <w:p w14:paraId="1777DBD8" w14:textId="77777777" w:rsidR="00436900" w:rsidRDefault="00000000">
            <w:sdt>
              <w:sdtPr>
                <w:alias w:val="field_18"/>
                <w:tag w:val="field_18"/>
                <w:id w:val="-1429648646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  <w:tc>
          <w:tcPr>
            <w:tcW w:w="2551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</w:tcPr>
          <w:p w14:paraId="6C39AA62" w14:textId="77777777" w:rsidR="00436900" w:rsidRDefault="00000000">
            <w:sdt>
              <w:sdtPr>
                <w:alias w:val="field_19"/>
                <w:tag w:val="field_19"/>
                <w:id w:val="-1260518797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  <w:tc>
          <w:tcPr>
            <w:tcW w:w="2551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</w:tcPr>
          <w:p w14:paraId="7B4A654A" w14:textId="77777777" w:rsidR="00436900" w:rsidRDefault="00000000">
            <w:sdt>
              <w:sdtPr>
                <w:alias w:val="field_20"/>
                <w:tag w:val="field_20"/>
                <w:id w:val="1090817846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  <w:tr w:rsidR="00436900" w14:paraId="39F95324" w14:textId="77777777">
        <w:trPr>
          <w:trHeight w:val="397"/>
          <w:jc w:val="center"/>
        </w:trPr>
        <w:tc>
          <w:tcPr>
            <w:tcW w:w="2551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</w:tcPr>
          <w:p w14:paraId="180FE9F4" w14:textId="77777777" w:rsidR="00436900" w:rsidRDefault="00000000">
            <w:sdt>
              <w:sdtPr>
                <w:alias w:val="field_21"/>
                <w:tag w:val="field_21"/>
                <w:id w:val="1765331252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  <w:tc>
          <w:tcPr>
            <w:tcW w:w="2551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</w:tcPr>
          <w:p w14:paraId="358EF2B5" w14:textId="77777777" w:rsidR="00436900" w:rsidRDefault="00000000">
            <w:sdt>
              <w:sdtPr>
                <w:alias w:val="field_22"/>
                <w:tag w:val="field_22"/>
                <w:id w:val="458994701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  <w:tc>
          <w:tcPr>
            <w:tcW w:w="2551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</w:tcPr>
          <w:p w14:paraId="4801E504" w14:textId="77777777" w:rsidR="00436900" w:rsidRDefault="00000000">
            <w:sdt>
              <w:sdtPr>
                <w:alias w:val="field_23"/>
                <w:tag w:val="field_23"/>
                <w:id w:val="-994577267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  <w:tc>
          <w:tcPr>
            <w:tcW w:w="2551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</w:tcPr>
          <w:p w14:paraId="0BBBAD70" w14:textId="77777777" w:rsidR="00436900" w:rsidRDefault="00000000">
            <w:sdt>
              <w:sdtPr>
                <w:alias w:val="field_24"/>
                <w:tag w:val="field_24"/>
                <w:id w:val="942428742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2CF7616C" w14:textId="77777777" w:rsidR="00436900" w:rsidRDefault="00436900">
      <w:pPr>
        <w:spacing w:after="20"/>
      </w:pPr>
    </w:p>
    <w:p w14:paraId="296141CE" w14:textId="77777777" w:rsidR="00436900" w:rsidRDefault="00000000">
      <w:pPr>
        <w:keepNext/>
        <w:spacing w:before="40" w:after="40"/>
      </w:pPr>
      <w:r>
        <w:rPr>
          <w:b/>
          <w:sz w:val="16"/>
        </w:rPr>
        <w:lastRenderedPageBreak/>
        <w:t>Obor / předmět podnikání nebo činnosti dlužníka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3D700506" w14:textId="77777777">
        <w:trPr>
          <w:trHeight w:val="680"/>
          <w:jc w:val="center"/>
        </w:trPr>
        <w:tc>
          <w:tcPr>
            <w:tcW w:w="10205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263FF3" w14:textId="77777777" w:rsidR="00436900" w:rsidRDefault="00000000">
            <w:sdt>
              <w:sdtPr>
                <w:alias w:val="field_25"/>
                <w:tag w:val="field_25"/>
                <w:id w:val="-1443297027"/>
                <w:showingPlcHdr/>
                <w:text w:multiLine="1"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0D7D966B" w14:textId="77777777" w:rsidR="00436900" w:rsidRDefault="00436900">
      <w:pPr>
        <w:spacing w:after="20"/>
      </w:pPr>
    </w:p>
    <w:p w14:paraId="2600352E" w14:textId="77777777" w:rsidR="00436900" w:rsidRDefault="00000000">
      <w:pPr>
        <w:keepNext/>
        <w:spacing w:before="40" w:after="40"/>
      </w:pPr>
      <w:r>
        <w:rPr>
          <w:b/>
          <w:sz w:val="16"/>
        </w:rPr>
        <w:t>Souvisí pohledávka s podnikáním nebo činností dlužníka?</w:t>
      </w:r>
    </w:p>
    <w:p w14:paraId="7104E2ED" w14:textId="77777777" w:rsidR="00436900" w:rsidRDefault="00000000">
      <w:pPr>
        <w:spacing w:before="20" w:after="60"/>
      </w:pPr>
      <w:sdt>
        <w:sdtPr>
          <w:alias w:val="checkbox_7"/>
          <w:tag w:val="checkbox_7"/>
          <w:id w:val="458145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Ano</w:t>
      </w:r>
      <w:r>
        <w:t xml:space="preserve">     </w:t>
      </w:r>
      <w:sdt>
        <w:sdtPr>
          <w:alias w:val="checkbox_8"/>
          <w:tag w:val="checkbox_8"/>
          <w:id w:val="1689334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Ne</w:t>
      </w:r>
    </w:p>
    <w:p w14:paraId="6382874C" w14:textId="77777777" w:rsidR="00436900" w:rsidRDefault="00000000">
      <w:pPr>
        <w:keepNext/>
        <w:spacing w:before="40" w:after="40"/>
      </w:pPr>
      <w:r>
        <w:rPr>
          <w:b/>
          <w:sz w:val="16"/>
        </w:rPr>
        <w:t>Pokud ne, čeho se pohledávka týká?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4443B3E6" w14:textId="77777777">
        <w:trPr>
          <w:trHeight w:val="397"/>
          <w:jc w:val="center"/>
        </w:trPr>
        <w:tc>
          <w:tcPr>
            <w:tcW w:w="10205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8D495A" w14:textId="77777777" w:rsidR="00436900" w:rsidRDefault="00000000">
            <w:sdt>
              <w:sdtPr>
                <w:alias w:val="field_26"/>
                <w:tag w:val="field_26"/>
                <w:id w:val="-481391563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74594CDA" w14:textId="77777777" w:rsidR="00436900" w:rsidRDefault="00436900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3C3CD203" w14:textId="77777777">
        <w:trPr>
          <w:jc w:val="center"/>
        </w:trPr>
        <w:tc>
          <w:tcPr>
            <w:tcW w:w="10205" w:type="dxa"/>
            <w:shd w:val="clear" w:color="auto" w:fill="302A8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0E64048" w14:textId="77777777" w:rsidR="00436900" w:rsidRDefault="00000000">
            <w:pPr>
              <w:keepNext/>
            </w:pPr>
            <w:r>
              <w:rPr>
                <w:b/>
                <w:color w:val="FFFFFF"/>
                <w:sz w:val="20"/>
              </w:rPr>
              <w:t>3. ÚDAJE O POHLEDÁVCE</w:t>
            </w:r>
          </w:p>
        </w:tc>
      </w:tr>
    </w:tbl>
    <w:p w14:paraId="04519E5A" w14:textId="77777777" w:rsidR="00436900" w:rsidRDefault="00436900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436900" w14:paraId="4B0B5714" w14:textId="77777777">
        <w:trPr>
          <w:jc w:val="center"/>
        </w:trPr>
        <w:tc>
          <w:tcPr>
            <w:tcW w:w="2551" w:type="dxa"/>
            <w:tcMar>
              <w:top w:w="0" w:type="dxa"/>
              <w:left w:w="0" w:type="dxa"/>
              <w:bottom w:w="40" w:type="dxa"/>
              <w:right w:w="80" w:type="dxa"/>
            </w:tcMar>
          </w:tcPr>
          <w:p w14:paraId="4A348D54" w14:textId="77777777" w:rsidR="00436900" w:rsidRDefault="00000000">
            <w:pPr>
              <w:keepNext/>
            </w:pPr>
            <w:r>
              <w:rPr>
                <w:b/>
                <w:sz w:val="16"/>
              </w:rPr>
              <w:t>Původní výše jistiny</w:t>
            </w:r>
          </w:p>
        </w:tc>
        <w:tc>
          <w:tcPr>
            <w:tcW w:w="2551" w:type="dxa"/>
            <w:tcMar>
              <w:top w:w="0" w:type="dxa"/>
              <w:left w:w="0" w:type="dxa"/>
              <w:bottom w:w="40" w:type="dxa"/>
              <w:right w:w="80" w:type="dxa"/>
            </w:tcMar>
          </w:tcPr>
          <w:p w14:paraId="5D1EB6EA" w14:textId="77777777" w:rsidR="00436900" w:rsidRDefault="00000000">
            <w:pPr>
              <w:keepNext/>
            </w:pPr>
            <w:r>
              <w:rPr>
                <w:b/>
                <w:sz w:val="16"/>
              </w:rPr>
              <w:t>Dosud uhrazeno</w:t>
            </w:r>
          </w:p>
        </w:tc>
        <w:tc>
          <w:tcPr>
            <w:tcW w:w="2551" w:type="dxa"/>
            <w:tcMar>
              <w:top w:w="0" w:type="dxa"/>
              <w:left w:w="0" w:type="dxa"/>
              <w:bottom w:w="40" w:type="dxa"/>
              <w:right w:w="80" w:type="dxa"/>
            </w:tcMar>
          </w:tcPr>
          <w:p w14:paraId="7E5C2252" w14:textId="77777777" w:rsidR="00436900" w:rsidRDefault="00000000">
            <w:pPr>
              <w:keepNext/>
            </w:pPr>
            <w:r>
              <w:rPr>
                <w:b/>
                <w:sz w:val="16"/>
              </w:rPr>
              <w:t>Aktuální výše jistiny</w:t>
            </w:r>
          </w:p>
        </w:tc>
        <w:tc>
          <w:tcPr>
            <w:tcW w:w="2551" w:type="dxa"/>
            <w:tcMar>
              <w:top w:w="0" w:type="dxa"/>
              <w:left w:w="0" w:type="dxa"/>
              <w:bottom w:w="40" w:type="dxa"/>
              <w:right w:w="80" w:type="dxa"/>
            </w:tcMar>
          </w:tcPr>
          <w:p w14:paraId="2F9D9289" w14:textId="77777777" w:rsidR="00436900" w:rsidRDefault="00000000">
            <w:pPr>
              <w:keepNext/>
            </w:pPr>
            <w:r>
              <w:rPr>
                <w:b/>
                <w:sz w:val="16"/>
              </w:rPr>
              <w:t>Měna</w:t>
            </w:r>
          </w:p>
        </w:tc>
      </w:tr>
      <w:tr w:rsidR="00436900" w14:paraId="7C89880F" w14:textId="77777777">
        <w:trPr>
          <w:trHeight w:val="397"/>
          <w:jc w:val="center"/>
        </w:trPr>
        <w:tc>
          <w:tcPr>
            <w:tcW w:w="2551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1874C8" w14:textId="15BA93E4" w:rsidR="00436900" w:rsidRDefault="00000000">
            <w:pPr>
              <w:jc w:val="right"/>
            </w:pPr>
            <w:r>
              <w:fldChar w:fldCharType="begin">
                <w:ffData>
                  <w:name w:val="Amount_27"/>
                  <w:enabled/>
                  <w:calcOnExit/>
                  <w:textInput>
                    <w:type w:val="number"/>
                    <w:maxLength w:val="20"/>
                    <w:format w:val="#.##0,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73811">
              <w:rPr>
                <w:noProof/>
              </w:rPr>
              <w:t> </w:t>
            </w:r>
            <w:r w:rsidR="00A73811">
              <w:rPr>
                <w:noProof/>
              </w:rPr>
              <w:t> </w:t>
            </w:r>
            <w:r w:rsidR="00A73811">
              <w:rPr>
                <w:noProof/>
              </w:rPr>
              <w:t> </w:t>
            </w:r>
            <w:r w:rsidR="00A73811">
              <w:rPr>
                <w:noProof/>
              </w:rPr>
              <w:t> </w:t>
            </w:r>
            <w:r w:rsidR="00A73811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1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44E050" w14:textId="31C84202" w:rsidR="00436900" w:rsidRDefault="00000000">
            <w:pPr>
              <w:jc w:val="right"/>
            </w:pPr>
            <w:r>
              <w:fldChar w:fldCharType="begin">
                <w:ffData>
                  <w:name w:val="Amount_28"/>
                  <w:enabled/>
                  <w:calcOnExit/>
                  <w:textInput>
                    <w:type w:val="number"/>
                    <w:maxLength w:val="20"/>
                    <w:format w:val="#.##0,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73811">
              <w:rPr>
                <w:noProof/>
              </w:rPr>
              <w:t> </w:t>
            </w:r>
            <w:r w:rsidR="00A73811">
              <w:rPr>
                <w:noProof/>
              </w:rPr>
              <w:t> </w:t>
            </w:r>
            <w:r w:rsidR="00A73811">
              <w:rPr>
                <w:noProof/>
              </w:rPr>
              <w:t> </w:t>
            </w:r>
            <w:r w:rsidR="00A73811">
              <w:rPr>
                <w:noProof/>
              </w:rPr>
              <w:t> </w:t>
            </w:r>
            <w:r w:rsidR="00A73811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1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5E5E17" w14:textId="6A9918B2" w:rsidR="00436900" w:rsidRDefault="00000000">
            <w:pPr>
              <w:jc w:val="right"/>
            </w:pPr>
            <w:r>
              <w:fldChar w:fldCharType="begin">
                <w:ffData>
                  <w:name w:val="Amount_29"/>
                  <w:enabled/>
                  <w:calcOnExit/>
                  <w:textInput>
                    <w:type w:val="number"/>
                    <w:maxLength w:val="20"/>
                    <w:format w:val="#.##0,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73811">
              <w:rPr>
                <w:noProof/>
              </w:rPr>
              <w:t> </w:t>
            </w:r>
            <w:r w:rsidR="00A73811">
              <w:rPr>
                <w:noProof/>
              </w:rPr>
              <w:t> </w:t>
            </w:r>
            <w:r w:rsidR="00A73811">
              <w:rPr>
                <w:noProof/>
              </w:rPr>
              <w:t> </w:t>
            </w:r>
            <w:r w:rsidR="00A73811">
              <w:rPr>
                <w:noProof/>
              </w:rPr>
              <w:t> </w:t>
            </w:r>
            <w:r w:rsidR="00A73811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1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64C69F4" w14:textId="77777777" w:rsidR="00436900" w:rsidRDefault="00000000">
            <w:sdt>
              <w:sdtPr>
                <w:alias w:val="field_30"/>
                <w:tag w:val="field_30"/>
                <w:id w:val="840203615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4335A029" w14:textId="77777777" w:rsidR="00436900" w:rsidRDefault="00436900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436900" w14:paraId="38500F7A" w14:textId="77777777">
        <w:trPr>
          <w:jc w:val="center"/>
        </w:trPr>
        <w:tc>
          <w:tcPr>
            <w:tcW w:w="5103" w:type="dxa"/>
            <w:tcMar>
              <w:top w:w="0" w:type="dxa"/>
              <w:left w:w="0" w:type="dxa"/>
              <w:bottom w:w="40" w:type="dxa"/>
              <w:right w:w="80" w:type="dxa"/>
            </w:tcMar>
          </w:tcPr>
          <w:p w14:paraId="7B4E1058" w14:textId="77777777" w:rsidR="00436900" w:rsidRDefault="00000000">
            <w:pPr>
              <w:keepNext/>
            </w:pPr>
            <w:r>
              <w:rPr>
                <w:b/>
                <w:sz w:val="16"/>
              </w:rPr>
              <w:t>Datum vzniku</w:t>
            </w:r>
          </w:p>
        </w:tc>
        <w:tc>
          <w:tcPr>
            <w:tcW w:w="5103" w:type="dxa"/>
            <w:tcMar>
              <w:top w:w="0" w:type="dxa"/>
              <w:left w:w="0" w:type="dxa"/>
              <w:bottom w:w="40" w:type="dxa"/>
              <w:right w:w="80" w:type="dxa"/>
            </w:tcMar>
          </w:tcPr>
          <w:p w14:paraId="7CD5FCCC" w14:textId="77777777" w:rsidR="00436900" w:rsidRDefault="00000000">
            <w:pPr>
              <w:keepNext/>
            </w:pPr>
            <w:r>
              <w:rPr>
                <w:b/>
                <w:sz w:val="16"/>
              </w:rPr>
              <w:t>Datum splatnosti</w:t>
            </w:r>
          </w:p>
        </w:tc>
      </w:tr>
      <w:tr w:rsidR="00436900" w14:paraId="249CB4E8" w14:textId="77777777">
        <w:trPr>
          <w:trHeight w:val="397"/>
          <w:jc w:val="center"/>
        </w:trPr>
        <w:tc>
          <w:tcPr>
            <w:tcW w:w="5103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26E8E6A" w14:textId="77777777" w:rsidR="00436900" w:rsidRDefault="00000000">
            <w:sdt>
              <w:sdtPr>
                <w:alias w:val="field_31"/>
                <w:tag w:val="field_31"/>
                <w:id w:val="191275729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  <w:tc>
          <w:tcPr>
            <w:tcW w:w="5103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65A6335" w14:textId="77777777" w:rsidR="00436900" w:rsidRDefault="00000000">
            <w:sdt>
              <w:sdtPr>
                <w:alias w:val="field_32"/>
                <w:tag w:val="field_32"/>
                <w:id w:val="-2022466416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2AD4FB27" w14:textId="77777777" w:rsidR="00436900" w:rsidRDefault="00436900">
      <w:pPr>
        <w:spacing w:after="20"/>
      </w:pPr>
    </w:p>
    <w:p w14:paraId="47B3DCF6" w14:textId="77777777" w:rsidR="00436900" w:rsidRDefault="00000000">
      <w:pPr>
        <w:keepNext/>
        <w:spacing w:before="40" w:after="40"/>
      </w:pPr>
      <w:r>
        <w:rPr>
          <w:b/>
          <w:sz w:val="16"/>
        </w:rPr>
        <w:t>Tvoří pohledávku více dílčích pohledávek / faktur?</w:t>
      </w:r>
    </w:p>
    <w:p w14:paraId="5A30A261" w14:textId="77777777" w:rsidR="00436900" w:rsidRDefault="00000000">
      <w:pPr>
        <w:spacing w:before="20" w:after="60"/>
      </w:pPr>
      <w:sdt>
        <w:sdtPr>
          <w:alias w:val="checkbox_9"/>
          <w:tag w:val="checkbox_9"/>
          <w:id w:val="-18158762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Ne</w:t>
      </w:r>
      <w:r>
        <w:t xml:space="preserve">     </w:t>
      </w:r>
      <w:sdt>
        <w:sdtPr>
          <w:alias w:val="checkbox_10"/>
          <w:tag w:val="checkbox_10"/>
          <w:id w:val="21106158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Ano</w:t>
      </w:r>
    </w:p>
    <w:p w14:paraId="16D25B5A" w14:textId="77777777" w:rsidR="00436900" w:rsidRDefault="00000000">
      <w:pPr>
        <w:spacing w:after="60"/>
      </w:pPr>
      <w:r>
        <w:rPr>
          <w:color w:val="6D6D78"/>
          <w:sz w:val="15"/>
        </w:rPr>
        <w:t>Pokud ano, přiložte jejich přehled nebo jednotlivé faktury.</w:t>
      </w:r>
    </w:p>
    <w:p w14:paraId="1F0745B1" w14:textId="77777777" w:rsidR="00436900" w:rsidRDefault="00000000">
      <w:pPr>
        <w:keepNext/>
        <w:spacing w:before="40" w:after="40"/>
      </w:pPr>
      <w:r>
        <w:rPr>
          <w:b/>
          <w:sz w:val="16"/>
        </w:rPr>
        <w:t>Pohledávka vznikla z:</w:t>
      </w:r>
    </w:p>
    <w:p w14:paraId="75096167" w14:textId="77777777" w:rsidR="00436900" w:rsidRDefault="00000000">
      <w:pPr>
        <w:spacing w:before="20" w:after="60"/>
      </w:pPr>
      <w:sdt>
        <w:sdtPr>
          <w:alias w:val="checkbox_11"/>
          <w:tag w:val="checkbox_11"/>
          <w:id w:val="9007089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faktury</w:t>
      </w:r>
      <w:r>
        <w:t xml:space="preserve">     </w:t>
      </w:r>
      <w:sdt>
        <w:sdtPr>
          <w:alias w:val="checkbox_12"/>
          <w:tag w:val="checkbox_12"/>
          <w:id w:val="-6817370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smlouvy o dílo</w:t>
      </w:r>
      <w:r>
        <w:t xml:space="preserve">     </w:t>
      </w:r>
      <w:sdt>
        <w:sdtPr>
          <w:alias w:val="checkbox_13"/>
          <w:tag w:val="checkbox_13"/>
          <w:id w:val="-1501487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kupní smlouvy</w:t>
      </w:r>
      <w:r>
        <w:t xml:space="preserve">     </w:t>
      </w:r>
      <w:sdt>
        <w:sdtPr>
          <w:alias w:val="checkbox_14"/>
          <w:tag w:val="checkbox_14"/>
          <w:id w:val="-735938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zápůjčky / půjčky</w:t>
      </w:r>
      <w:r>
        <w:t xml:space="preserve">     </w:t>
      </w:r>
      <w:sdt>
        <w:sdtPr>
          <w:alias w:val="checkbox_15"/>
          <w:tag w:val="checkbox_15"/>
          <w:id w:val="-33047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nájmu</w:t>
      </w:r>
    </w:p>
    <w:p w14:paraId="03EA9EEA" w14:textId="77777777" w:rsidR="00436900" w:rsidRDefault="00000000">
      <w:pPr>
        <w:spacing w:before="20" w:after="60"/>
      </w:pPr>
      <w:sdt>
        <w:sdtPr>
          <w:alias w:val="checkbox_16"/>
          <w:tag w:val="checkbox_16"/>
          <w:id w:val="-6172232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objednávky</w:t>
      </w:r>
      <w:r>
        <w:t xml:space="preserve">     </w:t>
      </w:r>
      <w:sdt>
        <w:sdtPr>
          <w:alias w:val="checkbox_17"/>
          <w:tag w:val="checkbox_17"/>
          <w:id w:val="-907072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náhrady škody</w:t>
      </w:r>
      <w:r>
        <w:t xml:space="preserve">     </w:t>
      </w:r>
      <w:sdt>
        <w:sdtPr>
          <w:alias w:val="checkbox_18"/>
          <w:tag w:val="checkbox_18"/>
          <w:id w:val="-10781241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bezdůvodného obohacení</w:t>
      </w:r>
      <w:r>
        <w:t xml:space="preserve">     </w:t>
      </w:r>
      <w:sdt>
        <w:sdtPr>
          <w:alias w:val="checkbox_19"/>
          <w:tag w:val="checkbox_19"/>
          <w:id w:val="-209076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jiného důvodu</w:t>
      </w:r>
    </w:p>
    <w:p w14:paraId="5ADF1919" w14:textId="77777777" w:rsidR="00436900" w:rsidRDefault="00000000">
      <w:pPr>
        <w:keepNext/>
        <w:spacing w:before="40" w:after="40"/>
      </w:pPr>
      <w:r>
        <w:rPr>
          <w:b/>
          <w:sz w:val="16"/>
        </w:rPr>
        <w:t>Stručný popis vzniku pohledávky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201E7D9A" w14:textId="77777777">
        <w:trPr>
          <w:trHeight w:val="794"/>
          <w:jc w:val="center"/>
        </w:trPr>
        <w:tc>
          <w:tcPr>
            <w:tcW w:w="10205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D2C6B9" w14:textId="77777777" w:rsidR="00436900" w:rsidRDefault="00000000">
            <w:sdt>
              <w:sdtPr>
                <w:alias w:val="field_33"/>
                <w:tag w:val="field_33"/>
                <w:id w:val="-439598801"/>
                <w:showingPlcHdr/>
                <w:text w:multiLine="1"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4CC540FB" w14:textId="77777777" w:rsidR="00436900" w:rsidRDefault="00436900">
      <w:pPr>
        <w:spacing w:after="20"/>
      </w:pPr>
    </w:p>
    <w:p w14:paraId="465AB453" w14:textId="77777777" w:rsidR="00436900" w:rsidRDefault="00000000">
      <w:pPr>
        <w:keepNext/>
        <w:spacing w:before="40" w:after="40"/>
      </w:pPr>
      <w:r>
        <w:rPr>
          <w:b/>
          <w:sz w:val="16"/>
        </w:rPr>
        <w:t>Příslušenství a další ujednání:</w:t>
      </w:r>
    </w:p>
    <w:p w14:paraId="20C4B782" w14:textId="77777777" w:rsidR="00436900" w:rsidRDefault="00000000">
      <w:pPr>
        <w:spacing w:before="20" w:after="60"/>
      </w:pPr>
      <w:sdt>
        <w:sdtPr>
          <w:alias w:val="checkbox_20"/>
          <w:tag w:val="checkbox_20"/>
          <w:id w:val="2101577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sjednaný úrok</w:t>
      </w:r>
      <w:r>
        <w:t xml:space="preserve">     </w:t>
      </w:r>
      <w:sdt>
        <w:sdtPr>
          <w:alias w:val="checkbox_21"/>
          <w:tag w:val="checkbox_21"/>
          <w:id w:val="1509867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smluvní pokuta</w:t>
      </w:r>
      <w:r>
        <w:t xml:space="preserve">     </w:t>
      </w:r>
      <w:sdt>
        <w:sdtPr>
          <w:alias w:val="checkbox_22"/>
          <w:tag w:val="checkbox_22"/>
          <w:id w:val="2658176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splátkový kalendář</w:t>
      </w:r>
    </w:p>
    <w:p w14:paraId="35C0CA86" w14:textId="77777777" w:rsidR="00436900" w:rsidRDefault="00000000">
      <w:pPr>
        <w:keepNext/>
        <w:spacing w:before="40" w:after="40"/>
      </w:pPr>
      <w:r>
        <w:rPr>
          <w:b/>
          <w:sz w:val="16"/>
        </w:rPr>
        <w:t>Podrobnosti k úroku / smluvní pokutě / splátkám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1528DB51" w14:textId="77777777">
        <w:trPr>
          <w:trHeight w:val="510"/>
          <w:jc w:val="center"/>
        </w:trPr>
        <w:tc>
          <w:tcPr>
            <w:tcW w:w="10205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26376B" w14:textId="77777777" w:rsidR="00436900" w:rsidRDefault="00000000">
            <w:sdt>
              <w:sdtPr>
                <w:alias w:val="field_34"/>
                <w:tag w:val="field_34"/>
                <w:id w:val="-1157217101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5B7264ED" w14:textId="77777777" w:rsidR="00436900" w:rsidRDefault="00436900">
      <w:pPr>
        <w:spacing w:after="20"/>
      </w:pPr>
    </w:p>
    <w:p w14:paraId="4E96C245" w14:textId="77777777" w:rsidR="00436900" w:rsidRDefault="00000000">
      <w:pPr>
        <w:keepNext/>
        <w:spacing w:before="40" w:after="40"/>
      </w:pPr>
      <w:r>
        <w:rPr>
          <w:b/>
          <w:sz w:val="16"/>
        </w:rPr>
        <w:t>Uznal dlužník existenci nebo výši dluhu?</w:t>
      </w:r>
    </w:p>
    <w:p w14:paraId="08A7B9AC" w14:textId="77777777" w:rsidR="00436900" w:rsidRDefault="00000000">
      <w:pPr>
        <w:spacing w:before="20" w:after="60"/>
      </w:pPr>
      <w:sdt>
        <w:sdtPr>
          <w:alias w:val="checkbox_23"/>
          <w:tag w:val="checkbox_23"/>
          <w:id w:val="-6203078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Ne</w:t>
      </w:r>
      <w:r>
        <w:t xml:space="preserve">     </w:t>
      </w:r>
      <w:sdt>
        <w:sdtPr>
          <w:alias w:val="checkbox_24"/>
          <w:tag w:val="checkbox_24"/>
          <w:id w:val="-14768312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Ano, písemně</w:t>
      </w:r>
      <w:r>
        <w:t xml:space="preserve">     </w:t>
      </w:r>
      <w:sdt>
        <w:sdtPr>
          <w:alias w:val="checkbox_25"/>
          <w:tag w:val="checkbox_25"/>
          <w:id w:val="-4457840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Ano, elektronickou komunikací</w:t>
      </w:r>
      <w:r>
        <w:t xml:space="preserve">     </w:t>
      </w:r>
      <w:sdt>
        <w:sdtPr>
          <w:alias w:val="checkbox_26"/>
          <w:tag w:val="checkbox_26"/>
          <w:id w:val="1671457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Ano, ústně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436900" w14:paraId="45EA8A14" w14:textId="77777777">
        <w:trPr>
          <w:jc w:val="center"/>
        </w:trPr>
        <w:tc>
          <w:tcPr>
            <w:tcW w:w="5103" w:type="dxa"/>
            <w:tcMar>
              <w:top w:w="0" w:type="dxa"/>
              <w:left w:w="0" w:type="dxa"/>
              <w:bottom w:w="40" w:type="dxa"/>
              <w:right w:w="80" w:type="dxa"/>
            </w:tcMar>
          </w:tcPr>
          <w:p w14:paraId="258A9E7A" w14:textId="77777777" w:rsidR="00436900" w:rsidRDefault="00000000">
            <w:pPr>
              <w:keepNext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w="5103" w:type="dxa"/>
            <w:tcMar>
              <w:top w:w="0" w:type="dxa"/>
              <w:left w:w="0" w:type="dxa"/>
              <w:bottom w:w="40" w:type="dxa"/>
              <w:right w:w="80" w:type="dxa"/>
            </w:tcMar>
          </w:tcPr>
          <w:p w14:paraId="51EE817D" w14:textId="77777777" w:rsidR="00436900" w:rsidRDefault="00000000">
            <w:pPr>
              <w:keepNext/>
            </w:pPr>
            <w:r>
              <w:rPr>
                <w:b/>
                <w:sz w:val="16"/>
              </w:rPr>
              <w:t>Bližší informace</w:t>
            </w:r>
          </w:p>
        </w:tc>
      </w:tr>
      <w:tr w:rsidR="00436900" w14:paraId="208F1755" w14:textId="77777777">
        <w:trPr>
          <w:trHeight w:val="397"/>
          <w:jc w:val="center"/>
        </w:trPr>
        <w:tc>
          <w:tcPr>
            <w:tcW w:w="5103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BFE9CC" w14:textId="77777777" w:rsidR="00436900" w:rsidRDefault="00000000">
            <w:sdt>
              <w:sdtPr>
                <w:alias w:val="field_35"/>
                <w:tag w:val="field_35"/>
                <w:id w:val="-1710954230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  <w:tc>
          <w:tcPr>
            <w:tcW w:w="5103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790A5B" w14:textId="77777777" w:rsidR="00436900" w:rsidRDefault="00000000">
            <w:sdt>
              <w:sdtPr>
                <w:alias w:val="field_36"/>
                <w:tag w:val="field_36"/>
                <w:id w:val="-1713871849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2C7EDC4A" w14:textId="77777777" w:rsidR="00436900" w:rsidRDefault="00436900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3B92E19D" w14:textId="77777777">
        <w:trPr>
          <w:jc w:val="center"/>
        </w:trPr>
        <w:tc>
          <w:tcPr>
            <w:tcW w:w="10205" w:type="dxa"/>
            <w:shd w:val="clear" w:color="auto" w:fill="302A8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9D5D681" w14:textId="77777777" w:rsidR="00436900" w:rsidRDefault="00000000">
            <w:pPr>
              <w:keepNext/>
            </w:pPr>
            <w:r>
              <w:rPr>
                <w:b/>
                <w:color w:val="FFFFFF"/>
                <w:sz w:val="20"/>
              </w:rPr>
              <w:t>4. DOKUMENTY A DŮKAZY</w:t>
            </w:r>
          </w:p>
        </w:tc>
      </w:tr>
    </w:tbl>
    <w:p w14:paraId="0CE61A35" w14:textId="77777777" w:rsidR="00436900" w:rsidRDefault="00436900">
      <w:pPr>
        <w:spacing w:after="20"/>
      </w:pPr>
    </w:p>
    <w:p w14:paraId="72881262" w14:textId="77777777" w:rsidR="00436900" w:rsidRDefault="00000000">
      <w:pPr>
        <w:spacing w:before="20" w:after="60"/>
      </w:pPr>
      <w:sdt>
        <w:sdtPr>
          <w:alias w:val="checkbox_27"/>
          <w:tag w:val="checkbox_27"/>
          <w:id w:val="688656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smlouva</w:t>
      </w:r>
      <w:r>
        <w:t xml:space="preserve">     </w:t>
      </w:r>
      <w:sdt>
        <w:sdtPr>
          <w:alias w:val="checkbox_28"/>
          <w:tag w:val="checkbox_28"/>
          <w:id w:val="-1540820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objednávka</w:t>
      </w:r>
      <w:r>
        <w:t xml:space="preserve">     </w:t>
      </w:r>
      <w:sdt>
        <w:sdtPr>
          <w:alias w:val="checkbox_29"/>
          <w:tag w:val="checkbox_29"/>
          <w:id w:val="-379320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faktura</w:t>
      </w:r>
      <w:r>
        <w:t xml:space="preserve">     </w:t>
      </w:r>
      <w:sdt>
        <w:sdtPr>
          <w:alias w:val="checkbox_30"/>
          <w:tag w:val="checkbox_30"/>
          <w:id w:val="18084353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dodací list</w:t>
      </w:r>
      <w:r>
        <w:t xml:space="preserve">     </w:t>
      </w:r>
      <w:sdt>
        <w:sdtPr>
          <w:alias w:val="checkbox_31"/>
          <w:tag w:val="checkbox_31"/>
          <w:id w:val="17987942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předávací protokol</w:t>
      </w:r>
    </w:p>
    <w:p w14:paraId="69361D1B" w14:textId="77777777" w:rsidR="00436900" w:rsidRDefault="00000000">
      <w:pPr>
        <w:spacing w:before="20" w:after="60"/>
      </w:pPr>
      <w:sdt>
        <w:sdtPr>
          <w:alias w:val="checkbox_32"/>
          <w:tag w:val="checkbox_32"/>
          <w:id w:val="-249737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uznání dluhu</w:t>
      </w:r>
      <w:r>
        <w:t xml:space="preserve">     </w:t>
      </w:r>
      <w:sdt>
        <w:sdtPr>
          <w:alias w:val="checkbox_33"/>
          <w:tag w:val="checkbox_33"/>
          <w:id w:val="-23247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splátkový kalendář</w:t>
      </w:r>
      <w:r>
        <w:t xml:space="preserve">     </w:t>
      </w:r>
      <w:sdt>
        <w:sdtPr>
          <w:alias w:val="checkbox_34"/>
          <w:tag w:val="checkbox_34"/>
          <w:id w:val="-1953230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e-mailová komunikace</w:t>
      </w:r>
    </w:p>
    <w:p w14:paraId="5C07770A" w14:textId="77777777" w:rsidR="00436900" w:rsidRDefault="00000000">
      <w:pPr>
        <w:spacing w:before="20" w:after="60"/>
      </w:pPr>
      <w:sdt>
        <w:sdtPr>
          <w:alias w:val="checkbox_35"/>
          <w:tag w:val="checkbox_35"/>
          <w:id w:val="495546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SMS / WhatsApp / Messenger</w:t>
      </w:r>
      <w:r>
        <w:t xml:space="preserve">     </w:t>
      </w:r>
      <w:sdt>
        <w:sdtPr>
          <w:alias w:val="checkbox_36"/>
          <w:tag w:val="checkbox_36"/>
          <w:id w:val="-308015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upomínky</w:t>
      </w:r>
      <w:r>
        <w:t xml:space="preserve">     </w:t>
      </w:r>
      <w:sdt>
        <w:sdtPr>
          <w:alias w:val="checkbox_37"/>
          <w:tag w:val="checkbox_37"/>
          <w:id w:val="2048949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předžalobní výzva</w:t>
      </w:r>
    </w:p>
    <w:p w14:paraId="256E997E" w14:textId="77777777" w:rsidR="00436900" w:rsidRDefault="00000000">
      <w:pPr>
        <w:spacing w:before="20" w:after="60"/>
      </w:pPr>
      <w:sdt>
        <w:sdtPr>
          <w:alias w:val="checkbox_38"/>
          <w:tag w:val="checkbox_38"/>
          <w:id w:val="-162473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doklad o doručení</w:t>
      </w:r>
      <w:r>
        <w:t xml:space="preserve">     </w:t>
      </w:r>
      <w:sdt>
        <w:sdtPr>
          <w:alias w:val="checkbox_39"/>
          <w:tag w:val="checkbox_39"/>
          <w:id w:val="-402292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bankovní výpis / doklad o platbě</w:t>
      </w:r>
    </w:p>
    <w:p w14:paraId="1F034EF7" w14:textId="77777777" w:rsidR="00436900" w:rsidRDefault="00000000">
      <w:pPr>
        <w:spacing w:before="20" w:after="60"/>
      </w:pPr>
      <w:sdt>
        <w:sdtPr>
          <w:alias w:val="checkbox_40"/>
          <w:tag w:val="checkbox_40"/>
          <w:id w:val="-1700930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soudní rozhodnutí / rozhodčí nález</w:t>
      </w:r>
      <w:r>
        <w:t xml:space="preserve">     </w:t>
      </w:r>
      <w:sdt>
        <w:sdtPr>
          <w:alias w:val="checkbox_41"/>
          <w:tag w:val="checkbox_41"/>
          <w:id w:val="11580373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jiné</w:t>
      </w:r>
    </w:p>
    <w:p w14:paraId="5CF92B8D" w14:textId="77777777" w:rsidR="00436900" w:rsidRDefault="00000000">
      <w:pPr>
        <w:keepNext/>
        <w:spacing w:before="40" w:after="40"/>
      </w:pPr>
      <w:r>
        <w:rPr>
          <w:b/>
          <w:sz w:val="16"/>
        </w:rPr>
        <w:lastRenderedPageBreak/>
        <w:t>Pokud některé dokumenty chybí, uveďte které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0D109236" w14:textId="77777777">
        <w:trPr>
          <w:trHeight w:val="794"/>
          <w:jc w:val="center"/>
        </w:trPr>
        <w:tc>
          <w:tcPr>
            <w:tcW w:w="10205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08A78C" w14:textId="77777777" w:rsidR="00436900" w:rsidRDefault="00000000">
            <w:sdt>
              <w:sdtPr>
                <w:alias w:val="field_37"/>
                <w:tag w:val="field_37"/>
                <w:id w:val="-723682424"/>
                <w:showingPlcHdr/>
                <w:text w:multiLine="1"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4FC5C7C1" w14:textId="77777777" w:rsidR="00436900" w:rsidRDefault="00436900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4E6DF42E" w14:textId="77777777">
        <w:trPr>
          <w:jc w:val="center"/>
        </w:trPr>
        <w:tc>
          <w:tcPr>
            <w:tcW w:w="10205" w:type="dxa"/>
            <w:shd w:val="clear" w:color="auto" w:fill="302A8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18D2268" w14:textId="77777777" w:rsidR="00436900" w:rsidRDefault="00000000">
            <w:pPr>
              <w:keepNext/>
            </w:pPr>
            <w:r>
              <w:rPr>
                <w:b/>
                <w:color w:val="FFFFFF"/>
                <w:sz w:val="20"/>
              </w:rPr>
              <w:t>5. STAV, NÁMITKY A JEDNÁNÍ DLUŽNÍKA</w:t>
            </w:r>
          </w:p>
        </w:tc>
      </w:tr>
    </w:tbl>
    <w:p w14:paraId="6B3D610D" w14:textId="77777777" w:rsidR="00436900" w:rsidRDefault="00436900">
      <w:pPr>
        <w:spacing w:after="20"/>
      </w:pPr>
    </w:p>
    <w:p w14:paraId="2CC10F7C" w14:textId="77777777" w:rsidR="00436900" w:rsidRDefault="00000000">
      <w:pPr>
        <w:keepNext/>
        <w:spacing w:before="40" w:after="40"/>
      </w:pPr>
      <w:r>
        <w:rPr>
          <w:b/>
          <w:sz w:val="16"/>
        </w:rPr>
        <w:t>Rozporuje dlužník existenci nebo výši pohledávky?</w:t>
      </w:r>
    </w:p>
    <w:p w14:paraId="057BC0C6" w14:textId="77777777" w:rsidR="00436900" w:rsidRDefault="00000000">
      <w:pPr>
        <w:spacing w:before="20" w:after="60"/>
      </w:pPr>
      <w:sdt>
        <w:sdtPr>
          <w:alias w:val="checkbox_42"/>
          <w:tag w:val="checkbox_42"/>
          <w:id w:val="20652886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Ne</w:t>
      </w:r>
      <w:r>
        <w:t xml:space="preserve">     </w:t>
      </w:r>
      <w:sdt>
        <w:sdtPr>
          <w:alias w:val="checkbox_43"/>
          <w:tag w:val="checkbox_43"/>
          <w:id w:val="2082715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Ano</w:t>
      </w:r>
      <w:r>
        <w:t xml:space="preserve">     </w:t>
      </w:r>
      <w:sdt>
        <w:sdtPr>
          <w:alias w:val="checkbox_44"/>
          <w:tag w:val="checkbox_44"/>
          <w:id w:val="19047859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Nevím</w:t>
      </w:r>
    </w:p>
    <w:p w14:paraId="779F0C4C" w14:textId="77777777" w:rsidR="00436900" w:rsidRDefault="00000000">
      <w:pPr>
        <w:keepNext/>
        <w:spacing w:before="40" w:after="40"/>
      </w:pPr>
      <w:r>
        <w:rPr>
          <w:b/>
          <w:sz w:val="16"/>
        </w:rPr>
        <w:t>Pokud ano, co konkrétně rozporuje?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5A68837C" w14:textId="77777777">
        <w:trPr>
          <w:trHeight w:val="397"/>
          <w:jc w:val="center"/>
        </w:trPr>
        <w:tc>
          <w:tcPr>
            <w:tcW w:w="10205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A7AB6F" w14:textId="77777777" w:rsidR="00436900" w:rsidRDefault="00000000">
            <w:sdt>
              <w:sdtPr>
                <w:alias w:val="field_38"/>
                <w:tag w:val="field_38"/>
                <w:id w:val="-2104102732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768914CB" w14:textId="77777777" w:rsidR="00436900" w:rsidRDefault="00436900">
      <w:pPr>
        <w:spacing w:after="20"/>
      </w:pPr>
    </w:p>
    <w:p w14:paraId="03EFAD68" w14:textId="77777777" w:rsidR="00436900" w:rsidRDefault="00000000">
      <w:pPr>
        <w:keepNext/>
        <w:spacing w:before="40" w:after="40"/>
      </w:pPr>
      <w:r>
        <w:rPr>
          <w:b/>
          <w:sz w:val="16"/>
        </w:rPr>
        <w:t>Uplatnil reklamaci nebo namítal vady plnění?</w:t>
      </w:r>
    </w:p>
    <w:p w14:paraId="1CDC136C" w14:textId="77777777" w:rsidR="00436900" w:rsidRDefault="00000000">
      <w:pPr>
        <w:spacing w:before="20" w:after="60"/>
      </w:pPr>
      <w:sdt>
        <w:sdtPr>
          <w:alias w:val="checkbox_45"/>
          <w:tag w:val="checkbox_45"/>
          <w:id w:val="-1448002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Ne</w:t>
      </w:r>
      <w:r>
        <w:t xml:space="preserve">     </w:t>
      </w:r>
      <w:sdt>
        <w:sdtPr>
          <w:alias w:val="checkbox_46"/>
          <w:tag w:val="checkbox_46"/>
          <w:id w:val="2003692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Ano</w:t>
      </w:r>
    </w:p>
    <w:p w14:paraId="41E1E941" w14:textId="77777777" w:rsidR="00436900" w:rsidRDefault="00000000">
      <w:pPr>
        <w:keepNext/>
        <w:spacing w:before="40" w:after="40"/>
      </w:pPr>
      <w:r>
        <w:rPr>
          <w:b/>
          <w:sz w:val="16"/>
        </w:rPr>
        <w:t>Pokud ano, popište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289D6EBE" w14:textId="77777777">
        <w:trPr>
          <w:trHeight w:val="397"/>
          <w:jc w:val="center"/>
        </w:trPr>
        <w:tc>
          <w:tcPr>
            <w:tcW w:w="10205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BE4659" w14:textId="77777777" w:rsidR="00436900" w:rsidRDefault="00000000">
            <w:sdt>
              <w:sdtPr>
                <w:alias w:val="field_39"/>
                <w:tag w:val="field_39"/>
                <w:id w:val="-1076659520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3AAE4185" w14:textId="77777777" w:rsidR="00436900" w:rsidRDefault="00436900">
      <w:pPr>
        <w:spacing w:after="20"/>
      </w:pPr>
    </w:p>
    <w:p w14:paraId="4A1464A1" w14:textId="77777777" w:rsidR="00436900" w:rsidRDefault="00000000">
      <w:pPr>
        <w:keepNext/>
        <w:spacing w:before="40" w:after="40"/>
      </w:pPr>
      <w:r>
        <w:rPr>
          <w:b/>
          <w:sz w:val="16"/>
        </w:rPr>
        <w:t>Uvádí jiný důvod, proč neplatí?</w:t>
      </w:r>
    </w:p>
    <w:p w14:paraId="0B65621D" w14:textId="77777777" w:rsidR="00436900" w:rsidRDefault="00000000">
      <w:pPr>
        <w:spacing w:before="20" w:after="60"/>
      </w:pPr>
      <w:sdt>
        <w:sdtPr>
          <w:alias w:val="checkbox_47"/>
          <w:tag w:val="checkbox_47"/>
          <w:id w:val="18201508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Ne</w:t>
      </w:r>
      <w:r>
        <w:t xml:space="preserve">     </w:t>
      </w:r>
      <w:sdt>
        <w:sdtPr>
          <w:alias w:val="checkbox_48"/>
          <w:tag w:val="checkbox_48"/>
          <w:id w:val="-2034088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Ano</w:t>
      </w:r>
    </w:p>
    <w:p w14:paraId="4B719C0C" w14:textId="77777777" w:rsidR="00436900" w:rsidRDefault="00000000">
      <w:pPr>
        <w:keepNext/>
        <w:spacing w:before="40" w:after="40"/>
      </w:pPr>
      <w:r>
        <w:rPr>
          <w:b/>
          <w:sz w:val="16"/>
        </w:rPr>
        <w:t>Pokud ano, jaký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1A4818C6" w14:textId="77777777">
        <w:trPr>
          <w:trHeight w:val="397"/>
          <w:jc w:val="center"/>
        </w:trPr>
        <w:tc>
          <w:tcPr>
            <w:tcW w:w="10205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7C43F6" w14:textId="77777777" w:rsidR="00436900" w:rsidRDefault="00000000">
            <w:sdt>
              <w:sdtPr>
                <w:alias w:val="field_40"/>
                <w:tag w:val="field_40"/>
                <w:id w:val="-1204169104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5AEB26B1" w14:textId="77777777" w:rsidR="00436900" w:rsidRDefault="00436900">
      <w:pPr>
        <w:spacing w:after="20"/>
      </w:pPr>
    </w:p>
    <w:p w14:paraId="0A382813" w14:textId="77777777" w:rsidR="00436900" w:rsidRDefault="00000000">
      <w:pPr>
        <w:keepNext/>
        <w:spacing w:before="40" w:after="40"/>
      </w:pPr>
      <w:r>
        <w:rPr>
          <w:b/>
          <w:sz w:val="16"/>
        </w:rPr>
        <w:t>Jak byste charakterizovali přístup a dosavadní jednání dlužníka nebo jeho zástupců?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1295DA00" w14:textId="77777777">
        <w:trPr>
          <w:trHeight w:val="964"/>
          <w:jc w:val="center"/>
        </w:trPr>
        <w:tc>
          <w:tcPr>
            <w:tcW w:w="10205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66173A" w14:textId="77777777" w:rsidR="00436900" w:rsidRDefault="00000000">
            <w:sdt>
              <w:sdtPr>
                <w:alias w:val="field_41"/>
                <w:tag w:val="field_41"/>
                <w:id w:val="-451024101"/>
                <w:showingPlcHdr/>
                <w:text w:multiLine="1"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19D8E1E2" w14:textId="77777777" w:rsidR="00436900" w:rsidRDefault="00436900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2D5DF0EA" w14:textId="77777777">
        <w:trPr>
          <w:jc w:val="center"/>
        </w:trPr>
        <w:tc>
          <w:tcPr>
            <w:tcW w:w="10205" w:type="dxa"/>
            <w:shd w:val="clear" w:color="auto" w:fill="302A8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05E5133" w14:textId="77777777" w:rsidR="00436900" w:rsidRDefault="00000000">
            <w:pPr>
              <w:keepNext/>
            </w:pPr>
            <w:r>
              <w:rPr>
                <w:b/>
                <w:color w:val="FFFFFF"/>
                <w:sz w:val="20"/>
              </w:rPr>
              <w:t>6. KOMUNIKACE A DOSAVADNÍ VYMÁHÁNÍ</w:t>
            </w:r>
          </w:p>
        </w:tc>
      </w:tr>
    </w:tbl>
    <w:p w14:paraId="07EFFD41" w14:textId="77777777" w:rsidR="00436900" w:rsidRDefault="00436900">
      <w:pPr>
        <w:spacing w:after="20"/>
      </w:pPr>
    </w:p>
    <w:p w14:paraId="1CD35B97" w14:textId="77777777" w:rsidR="00436900" w:rsidRDefault="00000000">
      <w:pPr>
        <w:spacing w:before="20" w:after="60"/>
      </w:pPr>
      <w:sdt>
        <w:sdtPr>
          <w:alias w:val="checkbox_49"/>
          <w:tag w:val="checkbox_49"/>
          <w:id w:val="-423502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telefonická výzva</w:t>
      </w:r>
      <w:r>
        <w:t xml:space="preserve">     </w:t>
      </w:r>
      <w:sdt>
        <w:sdtPr>
          <w:alias w:val="checkbox_50"/>
          <w:tag w:val="checkbox_50"/>
          <w:id w:val="820860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e-mailová výzva</w:t>
      </w:r>
      <w:r>
        <w:t xml:space="preserve">     </w:t>
      </w:r>
      <w:sdt>
        <w:sdtPr>
          <w:alias w:val="checkbox_51"/>
          <w:tag w:val="checkbox_51"/>
          <w:id w:val="-552000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písemná upomínka</w:t>
      </w:r>
    </w:p>
    <w:p w14:paraId="736D7370" w14:textId="77777777" w:rsidR="00436900" w:rsidRDefault="00000000">
      <w:pPr>
        <w:spacing w:before="20" w:after="60"/>
      </w:pPr>
      <w:sdt>
        <w:sdtPr>
          <w:alias w:val="checkbox_52"/>
          <w:tag w:val="checkbox_52"/>
          <w:id w:val="21178670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předžalobní výzva</w:t>
      </w:r>
      <w:r>
        <w:t xml:space="preserve">     </w:t>
      </w:r>
      <w:sdt>
        <w:sdtPr>
          <w:alias w:val="checkbox_53"/>
          <w:tag w:val="checkbox_53"/>
          <w:id w:val="-13231936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EPR / žaloba</w:t>
      </w:r>
      <w:r>
        <w:t xml:space="preserve">     </w:t>
      </w:r>
      <w:sdt>
        <w:sdtPr>
          <w:alias w:val="checkbox_54"/>
          <w:tag w:val="checkbox_54"/>
          <w:id w:val="3362793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soudní řízení</w:t>
      </w:r>
    </w:p>
    <w:p w14:paraId="48F289BF" w14:textId="77777777" w:rsidR="00436900" w:rsidRDefault="00000000">
      <w:pPr>
        <w:spacing w:before="20" w:after="60"/>
      </w:pPr>
      <w:sdt>
        <w:sdtPr>
          <w:alias w:val="checkbox_55"/>
          <w:tag w:val="checkbox_55"/>
          <w:id w:val="-3104028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exekuce</w:t>
      </w:r>
      <w:r>
        <w:t xml:space="preserve">     </w:t>
      </w:r>
      <w:sdt>
        <w:sdtPr>
          <w:alias w:val="checkbox_56"/>
          <w:tag w:val="checkbox_56"/>
          <w:id w:val="822164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insolvenční řízení</w:t>
      </w:r>
      <w:r>
        <w:t xml:space="preserve">     </w:t>
      </w:r>
      <w:sdt>
        <w:sdtPr>
          <w:alias w:val="checkbox_57"/>
          <w:tag w:val="checkbox_57"/>
          <w:id w:val="-14643326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advokát</w:t>
      </w:r>
      <w:r>
        <w:t xml:space="preserve">     </w:t>
      </w:r>
      <w:sdt>
        <w:sdtPr>
          <w:alias w:val="checkbox_58"/>
          <w:tag w:val="checkbox_58"/>
          <w:id w:val="-1681348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inkasní společnost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436900" w14:paraId="7887D7C8" w14:textId="77777777">
        <w:trPr>
          <w:jc w:val="center"/>
        </w:trPr>
        <w:tc>
          <w:tcPr>
            <w:tcW w:w="3402" w:type="dxa"/>
            <w:tcMar>
              <w:top w:w="0" w:type="dxa"/>
              <w:left w:w="0" w:type="dxa"/>
              <w:bottom w:w="40" w:type="dxa"/>
              <w:right w:w="80" w:type="dxa"/>
            </w:tcMar>
          </w:tcPr>
          <w:p w14:paraId="1B9B3A2F" w14:textId="77777777" w:rsidR="00436900" w:rsidRDefault="00000000">
            <w:pPr>
              <w:keepNext/>
            </w:pPr>
            <w:r>
              <w:rPr>
                <w:b/>
                <w:sz w:val="16"/>
              </w:rPr>
              <w:t>Datum poslední komunikace</w:t>
            </w:r>
          </w:p>
        </w:tc>
        <w:tc>
          <w:tcPr>
            <w:tcW w:w="3402" w:type="dxa"/>
            <w:tcMar>
              <w:top w:w="0" w:type="dxa"/>
              <w:left w:w="0" w:type="dxa"/>
              <w:bottom w:w="40" w:type="dxa"/>
              <w:right w:w="80" w:type="dxa"/>
            </w:tcMar>
          </w:tcPr>
          <w:p w14:paraId="2D13CFBA" w14:textId="77777777" w:rsidR="00436900" w:rsidRDefault="00000000">
            <w:pPr>
              <w:keepNext/>
            </w:pPr>
            <w:r>
              <w:rPr>
                <w:b/>
                <w:sz w:val="16"/>
              </w:rPr>
              <w:t>Poslední platba - datum a částka</w:t>
            </w:r>
          </w:p>
        </w:tc>
        <w:tc>
          <w:tcPr>
            <w:tcW w:w="3402" w:type="dxa"/>
            <w:tcMar>
              <w:top w:w="0" w:type="dxa"/>
              <w:left w:w="0" w:type="dxa"/>
              <w:bottom w:w="40" w:type="dxa"/>
              <w:right w:w="80" w:type="dxa"/>
            </w:tcMar>
          </w:tcPr>
          <w:p w14:paraId="6C14E451" w14:textId="77777777" w:rsidR="00436900" w:rsidRDefault="00000000">
            <w:pPr>
              <w:keepNext/>
            </w:pPr>
            <w:r>
              <w:rPr>
                <w:b/>
                <w:sz w:val="16"/>
              </w:rPr>
              <w:t>Poslední písemné uznání dluhu - datum</w:t>
            </w:r>
          </w:p>
        </w:tc>
      </w:tr>
      <w:tr w:rsidR="00436900" w14:paraId="05D81E36" w14:textId="77777777">
        <w:trPr>
          <w:trHeight w:val="397"/>
          <w:jc w:val="center"/>
        </w:trPr>
        <w:tc>
          <w:tcPr>
            <w:tcW w:w="3402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6E0421" w14:textId="77777777" w:rsidR="00436900" w:rsidRDefault="00000000">
            <w:sdt>
              <w:sdtPr>
                <w:alias w:val="field_42"/>
                <w:tag w:val="field_42"/>
                <w:id w:val="1954822209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  <w:tc>
          <w:tcPr>
            <w:tcW w:w="3402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A10BD4" w14:textId="77777777" w:rsidR="00436900" w:rsidRDefault="00000000">
            <w:sdt>
              <w:sdtPr>
                <w:alias w:val="field_43"/>
                <w:tag w:val="field_43"/>
                <w:id w:val="1904638966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  <w:tc>
          <w:tcPr>
            <w:tcW w:w="3402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64F9371" w14:textId="77777777" w:rsidR="00436900" w:rsidRDefault="00000000">
            <w:sdt>
              <w:sdtPr>
                <w:alias w:val="field_44"/>
                <w:tag w:val="field_44"/>
                <w:id w:val="-267006198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4F0BAE05" w14:textId="77777777" w:rsidR="00436900" w:rsidRDefault="00436900">
      <w:pPr>
        <w:spacing w:after="20"/>
      </w:pPr>
    </w:p>
    <w:p w14:paraId="0E1FDCB2" w14:textId="77777777" w:rsidR="00436900" w:rsidRDefault="00000000">
      <w:pPr>
        <w:keepNext/>
        <w:spacing w:before="40" w:after="40"/>
      </w:pPr>
      <w:r>
        <w:rPr>
          <w:b/>
          <w:sz w:val="16"/>
        </w:rPr>
        <w:t>Chronologie důležitých jednání, příslibů a jejich výsledků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135198C2" w14:textId="77777777">
        <w:trPr>
          <w:trHeight w:val="1871"/>
          <w:jc w:val="center"/>
        </w:trPr>
        <w:tc>
          <w:tcPr>
            <w:tcW w:w="10205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625B33" w14:textId="77777777" w:rsidR="00436900" w:rsidRDefault="00000000">
            <w:sdt>
              <w:sdtPr>
                <w:alias w:val="field_45"/>
                <w:tag w:val="field_45"/>
                <w:id w:val="735908667"/>
                <w:showingPlcHdr/>
                <w:text w:multiLine="1"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3C5E0D3D" w14:textId="77777777" w:rsidR="00436900" w:rsidRDefault="00436900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3D467726" w14:textId="77777777">
        <w:trPr>
          <w:jc w:val="center"/>
        </w:trPr>
        <w:tc>
          <w:tcPr>
            <w:tcW w:w="10205" w:type="dxa"/>
            <w:shd w:val="clear" w:color="auto" w:fill="302A8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F2EB0ED" w14:textId="77777777" w:rsidR="00436900" w:rsidRDefault="00000000">
            <w:pPr>
              <w:keepNext/>
            </w:pPr>
            <w:r>
              <w:rPr>
                <w:b/>
                <w:color w:val="FFFFFF"/>
                <w:sz w:val="20"/>
              </w:rPr>
              <w:t>7. MAJETEK A EKONOMICKÁ SITUACE DLUŽNÍKA</w:t>
            </w:r>
          </w:p>
        </w:tc>
      </w:tr>
    </w:tbl>
    <w:p w14:paraId="5355BACE" w14:textId="77777777" w:rsidR="00436900" w:rsidRDefault="00436900">
      <w:pPr>
        <w:spacing w:after="20"/>
      </w:pPr>
    </w:p>
    <w:p w14:paraId="1AEC4E0D" w14:textId="77777777" w:rsidR="00436900" w:rsidRDefault="00000000">
      <w:pPr>
        <w:keepNext/>
        <w:spacing w:before="40" w:after="40"/>
      </w:pPr>
      <w:r>
        <w:rPr>
          <w:b/>
          <w:sz w:val="16"/>
        </w:rPr>
        <w:t>Je vám znám následující majetek dlužníka?</w:t>
      </w:r>
    </w:p>
    <w:p w14:paraId="767AFAB2" w14:textId="77777777" w:rsidR="00436900" w:rsidRDefault="00000000">
      <w:pPr>
        <w:spacing w:before="20" w:after="60"/>
      </w:pPr>
      <w:sdt>
        <w:sdtPr>
          <w:alias w:val="checkbox_59"/>
          <w:tag w:val="checkbox_59"/>
          <w:id w:val="4920743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nemovitosti</w:t>
      </w:r>
      <w:r>
        <w:t xml:space="preserve">     </w:t>
      </w:r>
      <w:sdt>
        <w:sdtPr>
          <w:alias w:val="checkbox_60"/>
          <w:tag w:val="checkbox_60"/>
          <w:id w:val="8066709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vozidla</w:t>
      </w:r>
      <w:r>
        <w:t xml:space="preserve">     </w:t>
      </w:r>
      <w:sdt>
        <w:sdtPr>
          <w:alias w:val="checkbox_61"/>
          <w:tag w:val="checkbox_61"/>
          <w:id w:val="-275258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obchodní podíly</w:t>
      </w:r>
      <w:r>
        <w:t xml:space="preserve">     </w:t>
      </w:r>
      <w:sdt>
        <w:sdtPr>
          <w:alias w:val="checkbox_62"/>
          <w:tag w:val="checkbox_62"/>
          <w:id w:val="12637188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provozovna / podnik</w:t>
      </w:r>
    </w:p>
    <w:p w14:paraId="66F084C9" w14:textId="77777777" w:rsidR="00436900" w:rsidRDefault="00000000">
      <w:pPr>
        <w:spacing w:before="20" w:after="60"/>
      </w:pPr>
      <w:sdt>
        <w:sdtPr>
          <w:alias w:val="checkbox_63"/>
          <w:tag w:val="checkbox_63"/>
          <w:id w:val="-12981323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jiný hodnotnější majetek</w:t>
      </w:r>
      <w:r>
        <w:t xml:space="preserve">     </w:t>
      </w:r>
      <w:sdt>
        <w:sdtPr>
          <w:alias w:val="checkbox_64"/>
          <w:tag w:val="checkbox_64"/>
          <w:id w:val="-3908898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není mi známo</w:t>
      </w:r>
    </w:p>
    <w:p w14:paraId="3422F21B" w14:textId="77777777" w:rsidR="00436900" w:rsidRDefault="00000000">
      <w:pPr>
        <w:keepNext/>
        <w:spacing w:before="40" w:after="40"/>
      </w:pPr>
      <w:r>
        <w:rPr>
          <w:b/>
          <w:sz w:val="16"/>
        </w:rPr>
        <w:t>Bližší informace o majetku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3983E5F5" w14:textId="77777777">
        <w:trPr>
          <w:trHeight w:val="567"/>
          <w:jc w:val="center"/>
        </w:trPr>
        <w:tc>
          <w:tcPr>
            <w:tcW w:w="10205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AEBC8B" w14:textId="77777777" w:rsidR="00436900" w:rsidRDefault="00000000">
            <w:sdt>
              <w:sdtPr>
                <w:alias w:val="field_46"/>
                <w:tag w:val="field_46"/>
                <w:id w:val="-584384862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1419AA18" w14:textId="77777777" w:rsidR="00436900" w:rsidRDefault="00436900">
      <w:pPr>
        <w:spacing w:after="20"/>
      </w:pPr>
    </w:p>
    <w:p w14:paraId="379F1623" w14:textId="77777777" w:rsidR="00436900" w:rsidRDefault="00000000">
      <w:pPr>
        <w:keepNext/>
        <w:spacing w:before="40" w:after="40"/>
      </w:pPr>
      <w:r>
        <w:rPr>
          <w:b/>
          <w:sz w:val="16"/>
        </w:rPr>
        <w:t>Zaměstnavatel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29A7748B" w14:textId="77777777">
        <w:trPr>
          <w:trHeight w:val="397"/>
          <w:jc w:val="center"/>
        </w:trPr>
        <w:tc>
          <w:tcPr>
            <w:tcW w:w="10205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211820" w14:textId="77777777" w:rsidR="00436900" w:rsidRDefault="00000000">
            <w:sdt>
              <w:sdtPr>
                <w:alias w:val="field_47"/>
                <w:tag w:val="field_47"/>
                <w:id w:val="37791817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182EC826" w14:textId="77777777" w:rsidR="00436900" w:rsidRDefault="00436900">
      <w:pPr>
        <w:spacing w:after="20"/>
      </w:pPr>
    </w:p>
    <w:p w14:paraId="55C11080" w14:textId="77777777" w:rsidR="00436900" w:rsidRDefault="00000000">
      <w:pPr>
        <w:keepNext/>
        <w:spacing w:before="40" w:after="40"/>
      </w:pPr>
      <w:r>
        <w:rPr>
          <w:b/>
          <w:sz w:val="16"/>
        </w:rPr>
        <w:t>Dlužník podniká?</w:t>
      </w:r>
    </w:p>
    <w:p w14:paraId="6AA2EF44" w14:textId="77777777" w:rsidR="00436900" w:rsidRDefault="00000000">
      <w:pPr>
        <w:spacing w:before="20" w:after="60"/>
      </w:pPr>
      <w:sdt>
        <w:sdtPr>
          <w:alias w:val="checkbox_65"/>
          <w:tag w:val="checkbox_65"/>
          <w:id w:val="1243228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Ne</w:t>
      </w:r>
      <w:r>
        <w:t xml:space="preserve">     </w:t>
      </w:r>
      <w:sdt>
        <w:sdtPr>
          <w:alias w:val="checkbox_66"/>
          <w:tag w:val="checkbox_66"/>
          <w:id w:val="19647656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Ano</w:t>
      </w:r>
      <w:r>
        <w:t xml:space="preserve">     </w:t>
      </w:r>
      <w:sdt>
        <w:sdtPr>
          <w:alias w:val="checkbox_67"/>
          <w:tag w:val="checkbox_67"/>
          <w:id w:val="-1086145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Nevím</w:t>
      </w:r>
    </w:p>
    <w:p w14:paraId="07C1EBB5" w14:textId="77777777" w:rsidR="00436900" w:rsidRDefault="00000000">
      <w:pPr>
        <w:keepNext/>
        <w:spacing w:before="40" w:after="40"/>
      </w:pPr>
      <w:r>
        <w:rPr>
          <w:b/>
          <w:sz w:val="16"/>
        </w:rPr>
        <w:t>Bližší informace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794C4B58" w14:textId="77777777">
        <w:trPr>
          <w:trHeight w:val="510"/>
          <w:jc w:val="center"/>
        </w:trPr>
        <w:tc>
          <w:tcPr>
            <w:tcW w:w="10205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57C36BA" w14:textId="77777777" w:rsidR="00436900" w:rsidRDefault="00000000">
            <w:sdt>
              <w:sdtPr>
                <w:alias w:val="field_48"/>
                <w:tag w:val="field_48"/>
                <w:id w:val="-1546052765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7EF35DA2" w14:textId="77777777" w:rsidR="00436900" w:rsidRDefault="00436900">
      <w:pPr>
        <w:spacing w:after="20"/>
      </w:pPr>
    </w:p>
    <w:p w14:paraId="595C1AFE" w14:textId="77777777" w:rsidR="00436900" w:rsidRDefault="00000000">
      <w:pPr>
        <w:keepNext/>
        <w:spacing w:before="40" w:after="40"/>
      </w:pPr>
      <w:r>
        <w:rPr>
          <w:b/>
          <w:sz w:val="16"/>
        </w:rPr>
        <w:t>Další známé firmy / obchodní vazby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1B94C1C7" w14:textId="77777777">
        <w:trPr>
          <w:trHeight w:val="397"/>
          <w:jc w:val="center"/>
        </w:trPr>
        <w:tc>
          <w:tcPr>
            <w:tcW w:w="10205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D8467F4" w14:textId="77777777" w:rsidR="00436900" w:rsidRDefault="00000000">
            <w:sdt>
              <w:sdtPr>
                <w:alias w:val="field_49"/>
                <w:tag w:val="field_49"/>
                <w:id w:val="-342706139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34DAA35F" w14:textId="77777777" w:rsidR="00436900" w:rsidRDefault="00436900">
      <w:pPr>
        <w:spacing w:after="20"/>
      </w:pPr>
    </w:p>
    <w:p w14:paraId="42BA3034" w14:textId="77777777" w:rsidR="00436900" w:rsidRDefault="00000000">
      <w:pPr>
        <w:keepNext/>
        <w:spacing w:before="40" w:after="40"/>
      </w:pPr>
      <w:r>
        <w:rPr>
          <w:b/>
          <w:sz w:val="16"/>
        </w:rPr>
        <w:t>Další vám známí věřitelé dlužníka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2C5DD312" w14:textId="77777777">
        <w:trPr>
          <w:trHeight w:val="567"/>
          <w:jc w:val="center"/>
        </w:trPr>
        <w:tc>
          <w:tcPr>
            <w:tcW w:w="10205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D819AC" w14:textId="77777777" w:rsidR="00436900" w:rsidRDefault="00000000">
            <w:sdt>
              <w:sdtPr>
                <w:alias w:val="field_50"/>
                <w:tag w:val="field_50"/>
                <w:id w:val="-640428173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26772F7C" w14:textId="77777777" w:rsidR="00436900" w:rsidRDefault="00436900">
      <w:pPr>
        <w:spacing w:after="20"/>
      </w:pPr>
    </w:p>
    <w:p w14:paraId="456568A3" w14:textId="77777777" w:rsidR="00436900" w:rsidRDefault="00000000">
      <w:pPr>
        <w:keepNext/>
        <w:spacing w:before="40" w:after="40"/>
      </w:pPr>
      <w:r>
        <w:rPr>
          <w:b/>
          <w:sz w:val="16"/>
        </w:rPr>
        <w:t>Osoby nebo firmy, které naopak dluží dlužníkovi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7017B9F3" w14:textId="77777777">
        <w:trPr>
          <w:trHeight w:val="567"/>
          <w:jc w:val="center"/>
        </w:trPr>
        <w:tc>
          <w:tcPr>
            <w:tcW w:w="10205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6BFEB8" w14:textId="77777777" w:rsidR="00436900" w:rsidRDefault="00000000">
            <w:sdt>
              <w:sdtPr>
                <w:alias w:val="field_51"/>
                <w:tag w:val="field_51"/>
                <w:id w:val="-1165078029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594588B3" w14:textId="77777777" w:rsidR="00436900" w:rsidRDefault="00436900">
      <w:pPr>
        <w:spacing w:after="20"/>
      </w:pPr>
    </w:p>
    <w:p w14:paraId="5B9A2ABE" w14:textId="77777777" w:rsidR="00436900" w:rsidRDefault="00000000">
      <w:pPr>
        <w:keepNext/>
        <w:spacing w:before="40" w:after="40"/>
      </w:pPr>
      <w:r>
        <w:rPr>
          <w:b/>
          <w:sz w:val="16"/>
        </w:rPr>
        <w:t>Jsou vám známy exekuce nebo insolvence dlužníka?</w:t>
      </w:r>
    </w:p>
    <w:p w14:paraId="4466B48F" w14:textId="77777777" w:rsidR="00436900" w:rsidRDefault="00000000">
      <w:pPr>
        <w:spacing w:before="20" w:after="60"/>
      </w:pPr>
      <w:sdt>
        <w:sdtPr>
          <w:alias w:val="checkbox_68"/>
          <w:tag w:val="checkbox_68"/>
          <w:id w:val="663354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Ne</w:t>
      </w:r>
      <w:r>
        <w:t xml:space="preserve">     </w:t>
      </w:r>
      <w:sdt>
        <w:sdtPr>
          <w:alias w:val="checkbox_69"/>
          <w:tag w:val="checkbox_69"/>
          <w:id w:val="-17198917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Ano</w:t>
      </w:r>
      <w:r>
        <w:t xml:space="preserve">     </w:t>
      </w:r>
      <w:sdt>
        <w:sdtPr>
          <w:alias w:val="checkbox_70"/>
          <w:tag w:val="checkbox_70"/>
          <w:id w:val="1083489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</w:rPr>
            <w:t>☐</w:t>
          </w:r>
        </w:sdtContent>
      </w:sdt>
      <w:r>
        <w:rPr>
          <w:sz w:val="16"/>
        </w:rPr>
        <w:t>Nevím</w:t>
      </w:r>
    </w:p>
    <w:p w14:paraId="33299D41" w14:textId="77777777" w:rsidR="00436900" w:rsidRDefault="00000000">
      <w:pPr>
        <w:keepNext/>
        <w:spacing w:before="40" w:after="40"/>
      </w:pPr>
      <w:r>
        <w:rPr>
          <w:b/>
          <w:sz w:val="16"/>
        </w:rPr>
        <w:t>Bližší informace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51BA51B0" w14:textId="77777777">
        <w:trPr>
          <w:trHeight w:val="397"/>
          <w:jc w:val="center"/>
        </w:trPr>
        <w:tc>
          <w:tcPr>
            <w:tcW w:w="10205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828F24" w14:textId="77777777" w:rsidR="00436900" w:rsidRDefault="00000000">
            <w:sdt>
              <w:sdtPr>
                <w:alias w:val="field_52"/>
                <w:tag w:val="field_52"/>
                <w:id w:val="-454407510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73DC9F35" w14:textId="77777777" w:rsidR="00436900" w:rsidRDefault="00436900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04E5A33E" w14:textId="77777777">
        <w:trPr>
          <w:jc w:val="center"/>
        </w:trPr>
        <w:tc>
          <w:tcPr>
            <w:tcW w:w="10205" w:type="dxa"/>
            <w:shd w:val="clear" w:color="auto" w:fill="302A82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1D49F06" w14:textId="77777777" w:rsidR="00436900" w:rsidRDefault="00000000">
            <w:pPr>
              <w:keepNext/>
            </w:pPr>
            <w:r>
              <w:rPr>
                <w:b/>
                <w:color w:val="FFFFFF"/>
                <w:sz w:val="20"/>
              </w:rPr>
              <w:t>8. DALŠÍ INFORMACE</w:t>
            </w:r>
          </w:p>
        </w:tc>
      </w:tr>
    </w:tbl>
    <w:p w14:paraId="78B430F3" w14:textId="77777777" w:rsidR="00436900" w:rsidRDefault="00436900">
      <w:pPr>
        <w:spacing w:after="20"/>
      </w:pPr>
    </w:p>
    <w:p w14:paraId="33C6D9A8" w14:textId="77777777" w:rsidR="00436900" w:rsidRDefault="00000000">
      <w:pPr>
        <w:keepNext/>
        <w:spacing w:before="40" w:after="40"/>
      </w:pPr>
      <w:r>
        <w:rPr>
          <w:b/>
          <w:sz w:val="16"/>
        </w:rPr>
        <w:t>Další skutečnosti důležité pro vymáhání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436900" w14:paraId="780159A6" w14:textId="77777777">
        <w:trPr>
          <w:trHeight w:val="1134"/>
          <w:jc w:val="center"/>
        </w:trPr>
        <w:tc>
          <w:tcPr>
            <w:tcW w:w="10205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E98D3C7" w14:textId="77777777" w:rsidR="00436900" w:rsidRDefault="00000000">
            <w:sdt>
              <w:sdtPr>
                <w:alias w:val="field_53"/>
                <w:tag w:val="field_53"/>
                <w:id w:val="-1191449482"/>
                <w:showingPlcHdr/>
                <w:text w:multiLine="1"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66D925C5" w14:textId="77777777" w:rsidR="00436900" w:rsidRDefault="00436900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436900" w14:paraId="760B7672" w14:textId="77777777">
        <w:trPr>
          <w:jc w:val="center"/>
        </w:trPr>
        <w:tc>
          <w:tcPr>
            <w:tcW w:w="5103" w:type="dxa"/>
            <w:tcMar>
              <w:top w:w="0" w:type="dxa"/>
              <w:left w:w="0" w:type="dxa"/>
              <w:bottom w:w="40" w:type="dxa"/>
              <w:right w:w="80" w:type="dxa"/>
            </w:tcMar>
          </w:tcPr>
          <w:p w14:paraId="338AE922" w14:textId="77777777" w:rsidR="00436900" w:rsidRDefault="00000000">
            <w:pPr>
              <w:keepNext/>
            </w:pPr>
            <w:r>
              <w:rPr>
                <w:b/>
                <w:sz w:val="16"/>
              </w:rPr>
              <w:t>Datum vyplnění</w:t>
            </w:r>
          </w:p>
        </w:tc>
        <w:tc>
          <w:tcPr>
            <w:tcW w:w="5103" w:type="dxa"/>
            <w:tcMar>
              <w:top w:w="0" w:type="dxa"/>
              <w:left w:w="0" w:type="dxa"/>
              <w:bottom w:w="40" w:type="dxa"/>
              <w:right w:w="80" w:type="dxa"/>
            </w:tcMar>
          </w:tcPr>
          <w:p w14:paraId="731E8CC6" w14:textId="77777777" w:rsidR="00436900" w:rsidRDefault="00000000">
            <w:pPr>
              <w:keepNext/>
            </w:pPr>
            <w:r>
              <w:rPr>
                <w:b/>
                <w:sz w:val="16"/>
              </w:rPr>
              <w:t>Jméno osoby, která dotazník vyplnila</w:t>
            </w:r>
          </w:p>
        </w:tc>
      </w:tr>
      <w:tr w:rsidR="00436900" w14:paraId="56B6CE2C" w14:textId="77777777">
        <w:trPr>
          <w:trHeight w:val="397"/>
          <w:jc w:val="center"/>
        </w:trPr>
        <w:tc>
          <w:tcPr>
            <w:tcW w:w="5103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CBF09F" w14:textId="77777777" w:rsidR="00436900" w:rsidRDefault="00000000">
            <w:sdt>
              <w:sdtPr>
                <w:alias w:val="field_54"/>
                <w:tag w:val="field_54"/>
                <w:id w:val="-982779311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  <w:tc>
          <w:tcPr>
            <w:tcW w:w="5103" w:type="dxa"/>
            <w:tcBorders>
              <w:top w:val="single" w:sz="6" w:space="0" w:color="8C8CA3"/>
              <w:left w:val="single" w:sz="6" w:space="0" w:color="8C8CA3"/>
              <w:bottom w:val="single" w:sz="6" w:space="0" w:color="8C8CA3"/>
              <w:right w:val="single" w:sz="6" w:space="0" w:color="8C8CA3"/>
            </w:tcBorders>
            <w:shd w:val="clear" w:color="auto" w:fill="F7F7F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ADACB52" w14:textId="77777777" w:rsidR="00436900" w:rsidRDefault="00000000">
            <w:sdt>
              <w:sdtPr>
                <w:alias w:val="field_55"/>
                <w:tag w:val="field_55"/>
                <w:id w:val="1411734760"/>
                <w:showingPlcHdr/>
                <w:text/>
              </w:sdtPr>
              <w:sdtContent>
                <w:r>
                  <w:rPr>
                    <w:color w:val="808080"/>
                  </w:rPr>
                  <w:t>Klikněte nebo klepněte sem a zadejte text.</w:t>
                </w:r>
              </w:sdtContent>
            </w:sdt>
          </w:p>
        </w:tc>
      </w:tr>
    </w:tbl>
    <w:p w14:paraId="3E104F77" w14:textId="77777777" w:rsidR="00436900" w:rsidRDefault="00436900">
      <w:pPr>
        <w:spacing w:after="20"/>
      </w:pPr>
    </w:p>
    <w:p w14:paraId="12C56E23" w14:textId="77777777" w:rsidR="00436900" w:rsidRDefault="00000000">
      <w:pPr>
        <w:spacing w:after="60"/>
      </w:pPr>
      <w:r>
        <w:rPr>
          <w:color w:val="6D6D78"/>
          <w:sz w:val="15"/>
        </w:rPr>
        <w:t>Podpis ani razítko nejsou pro zaslání dotazníku elektronickou cestou vyžadovány.</w:t>
      </w:r>
    </w:p>
    <w:sectPr w:rsidR="00436900" w:rsidSect="00034616">
      <w:footerReference w:type="default" r:id="rId8"/>
      <w:pgSz w:w="11906" w:h="16838"/>
      <w:pgMar w:top="794" w:right="850" w:bottom="907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85AD7A" w14:textId="77777777" w:rsidR="003D3C2F" w:rsidRDefault="003D3C2F">
      <w:r>
        <w:separator/>
      </w:r>
    </w:p>
  </w:endnote>
  <w:endnote w:type="continuationSeparator" w:id="0">
    <w:p w14:paraId="1464595B" w14:textId="77777777" w:rsidR="003D3C2F" w:rsidRDefault="003D3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AA9436" w14:textId="77777777" w:rsidR="00436900" w:rsidRDefault="00436900">
    <w:pPr>
      <w:pStyle w:val="Zpat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102"/>
      <w:gridCol w:w="5102"/>
    </w:tblGrid>
    <w:tr w:rsidR="00436900" w14:paraId="701E02C0" w14:textId="77777777">
      <w:trPr>
        <w:jc w:val="center"/>
      </w:trPr>
      <w:tc>
        <w:tcPr>
          <w:tcW w:w="5102" w:type="dxa"/>
          <w:tcBorders>
            <w:top w:val="single" w:sz="6" w:space="0" w:color="302A82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4A049A08" w14:textId="77777777" w:rsidR="00436900" w:rsidRDefault="00000000">
          <w:r>
            <w:rPr>
              <w:color w:val="6D6D78"/>
              <w:sz w:val="13"/>
            </w:rPr>
            <w:t xml:space="preserve">SAFIN INVEST </w:t>
          </w:r>
          <w:proofErr w:type="spellStart"/>
          <w:r>
            <w:rPr>
              <w:color w:val="6D6D78"/>
              <w:sz w:val="13"/>
            </w:rPr>
            <w:t>s.r.o.</w:t>
          </w:r>
          <w:proofErr w:type="spellEnd"/>
          <w:r>
            <w:rPr>
              <w:color w:val="6D6D78"/>
              <w:sz w:val="13"/>
            </w:rPr>
            <w:t xml:space="preserve">  •  </w:t>
          </w:r>
          <w:proofErr w:type="gramStart"/>
          <w:r>
            <w:rPr>
              <w:color w:val="6D6D78"/>
              <w:sz w:val="13"/>
            </w:rPr>
            <w:t>www.safin-invest.cz  •</w:t>
          </w:r>
          <w:proofErr w:type="gramEnd"/>
          <w:r>
            <w:rPr>
              <w:color w:val="6D6D78"/>
              <w:sz w:val="13"/>
            </w:rPr>
            <w:t xml:space="preserve">  </w:t>
          </w:r>
          <w:proofErr w:type="gramStart"/>
          <w:r>
            <w:rPr>
              <w:color w:val="6D6D78"/>
              <w:sz w:val="13"/>
            </w:rPr>
            <w:t>safin@safin-invest.cz  •</w:t>
          </w:r>
          <w:proofErr w:type="gramEnd"/>
          <w:r>
            <w:rPr>
              <w:color w:val="6D6D78"/>
              <w:sz w:val="13"/>
            </w:rPr>
            <w:t xml:space="preserve">  602 508 041</w:t>
          </w:r>
        </w:p>
      </w:tc>
      <w:tc>
        <w:tcPr>
          <w:tcW w:w="5102" w:type="dxa"/>
          <w:tcBorders>
            <w:top w:val="single" w:sz="6" w:space="0" w:color="302A82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2D960A83" w14:textId="77777777" w:rsidR="00436900" w:rsidRDefault="00000000">
          <w:pPr>
            <w:jc w:val="right"/>
          </w:pPr>
          <w:r>
            <w:rPr>
              <w:color w:val="6D6D78"/>
              <w:sz w:val="13"/>
            </w:rPr>
            <w:t xml:space="preserve">Strana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E51AE4"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D5502B" w14:textId="77777777" w:rsidR="003D3C2F" w:rsidRDefault="003D3C2F">
      <w:r>
        <w:separator/>
      </w:r>
    </w:p>
  </w:footnote>
  <w:footnote w:type="continuationSeparator" w:id="0">
    <w:p w14:paraId="73317BB6" w14:textId="77777777" w:rsidR="003D3C2F" w:rsidRDefault="003D3C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1387247">
    <w:abstractNumId w:val="8"/>
  </w:num>
  <w:num w:numId="2" w16cid:durableId="1435635929">
    <w:abstractNumId w:val="6"/>
  </w:num>
  <w:num w:numId="3" w16cid:durableId="1213350970">
    <w:abstractNumId w:val="5"/>
  </w:num>
  <w:num w:numId="4" w16cid:durableId="29107928">
    <w:abstractNumId w:val="4"/>
  </w:num>
  <w:num w:numId="5" w16cid:durableId="913273096">
    <w:abstractNumId w:val="7"/>
  </w:num>
  <w:num w:numId="6" w16cid:durableId="1507867567">
    <w:abstractNumId w:val="3"/>
  </w:num>
  <w:num w:numId="7" w16cid:durableId="375858874">
    <w:abstractNumId w:val="2"/>
  </w:num>
  <w:num w:numId="8" w16cid:durableId="1132599647">
    <w:abstractNumId w:val="1"/>
  </w:num>
  <w:num w:numId="9" w16cid:durableId="10799102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ocumentProtection w:edit="forms" w:enforcement="1" w:cryptProviderType="rsaAES" w:cryptAlgorithmClass="hash" w:cryptAlgorithmType="typeAny" w:cryptAlgorithmSid="14" w:cryptSpinCount="100000" w:hash="93BEsmkyU/STNs7j/H/uoT+nPy2frsPHqMPzkVTtLA0ZAVOZmESmFNRMgR5Q4niYgOsANsQELxJPOxubATc+5w==" w:salt="oywDuI3VohKnmYc9hBZ3uw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3C2F"/>
    <w:rsid w:val="00436900"/>
    <w:rsid w:val="00A73811"/>
    <w:rsid w:val="00AA1D8D"/>
    <w:rsid w:val="00B47730"/>
    <w:rsid w:val="00CB0664"/>
    <w:rsid w:val="00D97AD2"/>
    <w:rsid w:val="00E51AE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F81100"/>
  <w14:defaultImageDpi w14:val="300"/>
  <w15:docId w15:val="{198BAC61-18CC-0B44-AB77-E963247A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0" w:line="240" w:lineRule="auto"/>
    </w:pPr>
    <w:rPr>
      <w:rFonts w:ascii="Aptos" w:hAnsi="Aptos"/>
      <w:color w:val="25252D"/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865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Jiří Rychtařík</cp:lastModifiedBy>
  <cp:revision>3</cp:revision>
  <dcterms:created xsi:type="dcterms:W3CDTF">2026-09-30T11:59:00Z</dcterms:created>
  <dcterms:modified xsi:type="dcterms:W3CDTF">2026-09-30T12:00:00Z</dcterms:modified>
  <cp:category/>
</cp:coreProperties>
</file>